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CA912" w14:textId="513127D1" w:rsidR="00E628C8" w:rsidRPr="005B4D8B" w:rsidRDefault="00E628C8" w:rsidP="00E628C8">
      <w:pPr>
        <w:pStyle w:val="Heading1"/>
        <w:jc w:val="right"/>
        <w:rPr>
          <w:rFonts w:ascii="Cambria" w:hAnsi="Cambria" w:cs="Times New Roman"/>
          <w:color w:val="auto"/>
          <w:sz w:val="24"/>
          <w:szCs w:val="24"/>
          <w:lang w:val="ro-RO"/>
        </w:rPr>
      </w:pPr>
      <w:r w:rsidRPr="005B4D8B">
        <w:rPr>
          <w:rFonts w:ascii="Cambria" w:hAnsi="Cambria" w:cs="Times New Roman"/>
          <w:color w:val="auto"/>
          <w:sz w:val="24"/>
          <w:szCs w:val="24"/>
          <w:lang w:val="ro-RO"/>
        </w:rPr>
        <w:tab/>
      </w:r>
      <w:r w:rsidR="00B335C8" w:rsidRPr="005B4D8B">
        <w:rPr>
          <w:rFonts w:ascii="Cambria" w:hAnsi="Cambria" w:cs="Times New Roman"/>
          <w:color w:val="auto"/>
          <w:sz w:val="24"/>
          <w:szCs w:val="24"/>
          <w:lang w:val="ro-RO"/>
        </w:rPr>
        <w:t>Anexa</w:t>
      </w:r>
      <w:r w:rsidRPr="005B4D8B">
        <w:rPr>
          <w:rFonts w:ascii="Cambria" w:hAnsi="Cambria" w:cs="Times New Roman"/>
          <w:color w:val="auto"/>
          <w:sz w:val="24"/>
          <w:szCs w:val="24"/>
          <w:lang w:val="ro-RO"/>
        </w:rPr>
        <w:t xml:space="preserve"> nr. </w:t>
      </w:r>
      <w:r w:rsidR="00B335C8" w:rsidRPr="005B4D8B">
        <w:rPr>
          <w:rFonts w:ascii="Cambria" w:hAnsi="Cambria" w:cs="Times New Roman"/>
          <w:color w:val="auto"/>
          <w:sz w:val="24"/>
          <w:szCs w:val="24"/>
          <w:lang w:val="ro-RO"/>
        </w:rPr>
        <w:t>8.2</w:t>
      </w:r>
    </w:p>
    <w:p w14:paraId="10828A80" w14:textId="312CDB7A" w:rsidR="00E628C8" w:rsidRPr="005B4D8B" w:rsidRDefault="00000000" w:rsidP="00E628C8">
      <w:pPr>
        <w:pStyle w:val="Heading1"/>
        <w:jc w:val="center"/>
        <w:rPr>
          <w:rFonts w:ascii="Cambria" w:hAnsi="Cambria" w:cs="Times New Roman"/>
          <w:color w:val="auto"/>
          <w:sz w:val="24"/>
          <w:szCs w:val="24"/>
          <w:lang w:val="ro-RO"/>
        </w:rPr>
      </w:pPr>
      <w:r w:rsidRPr="005B4D8B">
        <w:rPr>
          <w:rFonts w:ascii="Cambria" w:hAnsi="Cambria" w:cs="Times New Roman"/>
          <w:color w:val="auto"/>
          <w:sz w:val="24"/>
          <w:szCs w:val="24"/>
          <w:lang w:val="ro-RO"/>
        </w:rPr>
        <w:t>DECLARAȚIE DE ANGAJAMENT</w:t>
      </w:r>
      <w:r w:rsidR="00E628C8" w:rsidRPr="005B4D8B">
        <w:rPr>
          <w:rFonts w:ascii="Cambria" w:hAnsi="Cambria" w:cs="Times New Roman"/>
          <w:color w:val="auto"/>
          <w:sz w:val="24"/>
          <w:szCs w:val="24"/>
          <w:lang w:val="ro-RO"/>
        </w:rPr>
        <w:t xml:space="preserve"> </w:t>
      </w:r>
    </w:p>
    <w:p w14:paraId="6C547D81" w14:textId="5BC829CC" w:rsidR="00704A40" w:rsidRPr="005B4D8B" w:rsidRDefault="00000000" w:rsidP="00E628C8">
      <w:pPr>
        <w:pStyle w:val="Heading1"/>
        <w:jc w:val="center"/>
        <w:rPr>
          <w:rFonts w:ascii="Cambria" w:hAnsi="Cambria" w:cs="Times New Roman"/>
          <w:color w:val="auto"/>
          <w:sz w:val="24"/>
          <w:szCs w:val="24"/>
          <w:lang w:val="ro-RO"/>
        </w:rPr>
      </w:pPr>
      <w:r w:rsidRPr="005B4D8B">
        <w:rPr>
          <w:rFonts w:ascii="Cambria" w:hAnsi="Cambria" w:cs="Times New Roman"/>
          <w:color w:val="auto"/>
          <w:sz w:val="24"/>
          <w:szCs w:val="24"/>
          <w:lang w:val="ro-RO"/>
        </w:rPr>
        <w:t>privind organizarea de stagii de practică pentru elevi și</w:t>
      </w:r>
      <w:r w:rsidR="00B335C8" w:rsidRPr="005B4D8B">
        <w:rPr>
          <w:rFonts w:ascii="Cambria" w:hAnsi="Cambria" w:cs="Times New Roman"/>
          <w:color w:val="auto"/>
          <w:sz w:val="24"/>
          <w:szCs w:val="24"/>
          <w:lang w:val="ro-RO"/>
        </w:rPr>
        <w:t>/sau</w:t>
      </w:r>
      <w:r w:rsidRPr="005B4D8B">
        <w:rPr>
          <w:rFonts w:ascii="Cambria" w:hAnsi="Cambria" w:cs="Times New Roman"/>
          <w:color w:val="auto"/>
          <w:sz w:val="24"/>
          <w:szCs w:val="24"/>
          <w:lang w:val="ro-RO"/>
        </w:rPr>
        <w:t xml:space="preserve"> studenți</w:t>
      </w:r>
    </w:p>
    <w:p w14:paraId="1819BAF3" w14:textId="77777777" w:rsidR="00F97DC6" w:rsidRPr="005B4D8B" w:rsidRDefault="00F97DC6" w:rsidP="00F97DC6">
      <w:pPr>
        <w:rPr>
          <w:rFonts w:ascii="Cambria" w:hAnsi="Cambria" w:cs="Times New Roman"/>
          <w:sz w:val="24"/>
          <w:szCs w:val="24"/>
          <w:lang w:val="ro-RO"/>
        </w:rPr>
      </w:pPr>
    </w:p>
    <w:p w14:paraId="005FBB99" w14:textId="4C227F38" w:rsidR="00704A40" w:rsidRPr="005B4D8B" w:rsidRDefault="00000000" w:rsidP="00E628C8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5B4D8B">
        <w:rPr>
          <w:rFonts w:ascii="Cambria" w:hAnsi="Cambria" w:cs="Times New Roman"/>
          <w:sz w:val="24"/>
          <w:szCs w:val="24"/>
          <w:lang w:val="ro-RO"/>
        </w:rPr>
        <w:t>Subsemnatul(a), [</w:t>
      </w:r>
      <w:r w:rsidRPr="005B4D8B">
        <w:rPr>
          <w:rFonts w:ascii="Cambria" w:hAnsi="Cambria" w:cs="Times New Roman"/>
          <w:i/>
          <w:iCs/>
          <w:sz w:val="24"/>
          <w:szCs w:val="24"/>
          <w:lang w:val="ro-RO"/>
        </w:rPr>
        <w:t>Nume și prenume</w:t>
      </w:r>
      <w:r w:rsidRPr="005B4D8B">
        <w:rPr>
          <w:rFonts w:ascii="Cambria" w:hAnsi="Cambria" w:cs="Times New Roman"/>
          <w:sz w:val="24"/>
          <w:szCs w:val="24"/>
          <w:lang w:val="ro-RO"/>
        </w:rPr>
        <w:t>], identificat(ă) prin C.I. seria ___ nr. ___, eliberată de ___ la data de ___, în calitate de reprezentant legal al [</w:t>
      </w:r>
      <w:r w:rsidR="002F57E2" w:rsidRPr="005B4D8B">
        <w:rPr>
          <w:rFonts w:ascii="Cambria" w:hAnsi="Cambria" w:cs="Times New Roman"/>
          <w:i/>
          <w:iCs/>
          <w:sz w:val="24"/>
          <w:szCs w:val="24"/>
          <w:lang w:val="ro-RO"/>
        </w:rPr>
        <w:t>denumirea completă a solicitantului</w:t>
      </w:r>
      <w:r w:rsidRPr="005B4D8B">
        <w:rPr>
          <w:rFonts w:ascii="Cambria" w:hAnsi="Cambria" w:cs="Times New Roman"/>
          <w:sz w:val="24"/>
          <w:szCs w:val="24"/>
          <w:lang w:val="ro-RO"/>
        </w:rPr>
        <w:t xml:space="preserve">], cu sediul în ____________, înregistrată la O.N.R.C. sub nr. ____/____/_____, CUI ____________, </w:t>
      </w:r>
      <w:r w:rsidR="00F97DC6" w:rsidRPr="005B4D8B">
        <w:rPr>
          <w:rFonts w:ascii="Cambria" w:hAnsi="Cambria" w:cs="Times New Roman"/>
          <w:sz w:val="24"/>
          <w:szCs w:val="24"/>
          <w:lang w:val="ro-RO"/>
        </w:rPr>
        <w:t xml:space="preserve">în calitate de Solicitant în cadrul apelului de proiecte _______________, din cadrul Intervenției </w:t>
      </w:r>
      <w:r w:rsidR="00B335C8" w:rsidRPr="005B4D8B">
        <w:rPr>
          <w:rFonts w:ascii="Cambria" w:hAnsi="Cambria" w:cs="Times New Roman"/>
          <w:sz w:val="24"/>
          <w:szCs w:val="24"/>
          <w:lang w:val="ro-RO"/>
        </w:rPr>
        <w:t xml:space="preserve">FEADR </w:t>
      </w:r>
      <w:r w:rsidR="00075E46" w:rsidRPr="005B4D8B">
        <w:rPr>
          <w:rFonts w:ascii="Cambria" w:hAnsi="Cambria" w:cs="Times New Roman"/>
          <w:sz w:val="24"/>
          <w:szCs w:val="24"/>
          <w:lang w:val="ro-RO"/>
        </w:rPr>
        <w:t xml:space="preserve">nr. </w:t>
      </w:r>
      <w:r w:rsidR="00B335C8" w:rsidRPr="005B4D8B">
        <w:rPr>
          <w:rFonts w:ascii="Cambria" w:hAnsi="Cambria" w:cs="Times New Roman"/>
          <w:sz w:val="24"/>
          <w:szCs w:val="24"/>
          <w:lang w:val="ro-RO"/>
        </w:rPr>
        <w:t>4</w:t>
      </w:r>
      <w:r w:rsidR="00E628C8" w:rsidRPr="005B4D8B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F97DC6" w:rsidRPr="005B4D8B">
        <w:rPr>
          <w:rFonts w:ascii="Cambria" w:hAnsi="Cambria" w:cs="Times New Roman"/>
          <w:sz w:val="24"/>
          <w:szCs w:val="24"/>
          <w:lang w:val="ro-RO"/>
        </w:rPr>
        <w:t>„</w:t>
      </w:r>
      <w:r w:rsidR="00B335C8" w:rsidRPr="005B4D8B">
        <w:rPr>
          <w:rFonts w:ascii="Cambria" w:hAnsi="Cambria" w:cs="Times New Roman"/>
          <w:sz w:val="24"/>
          <w:szCs w:val="24"/>
          <w:lang w:val="ro-RO"/>
        </w:rPr>
        <w:t>Inițiativă locală privată orientată pe nevoi locale</w:t>
      </w:r>
      <w:r w:rsidR="00F97DC6" w:rsidRPr="005B4D8B">
        <w:rPr>
          <w:rFonts w:ascii="Cambria" w:hAnsi="Cambria" w:cs="Times New Roman"/>
          <w:sz w:val="24"/>
          <w:szCs w:val="24"/>
          <w:lang w:val="ro-RO"/>
        </w:rPr>
        <w:t>”</w:t>
      </w:r>
      <w:r w:rsidRPr="005B4D8B">
        <w:rPr>
          <w:rFonts w:ascii="Cambria" w:hAnsi="Cambria" w:cs="Times New Roman"/>
          <w:sz w:val="24"/>
          <w:szCs w:val="24"/>
          <w:lang w:val="ro-RO"/>
        </w:rPr>
        <w:t xml:space="preserve">, </w:t>
      </w:r>
      <w:r w:rsidR="00075E46" w:rsidRPr="005B4D8B">
        <w:rPr>
          <w:rFonts w:ascii="Cambria" w:hAnsi="Cambria" w:cs="Times New Roman"/>
          <w:sz w:val="24"/>
          <w:szCs w:val="24"/>
          <w:lang w:val="ro-RO"/>
        </w:rPr>
        <w:t xml:space="preserve">din cadrul apelului deschis de GAL </w:t>
      </w:r>
      <w:r w:rsidR="00CA255D" w:rsidRPr="005B4D8B">
        <w:rPr>
          <w:rFonts w:ascii="Cambria" w:hAnsi="Cambria" w:cs="Times New Roman"/>
          <w:sz w:val="24"/>
          <w:szCs w:val="24"/>
          <w:lang w:val="ro-RO"/>
        </w:rPr>
        <w:t xml:space="preserve">Ștefan cel Mare </w:t>
      </w:r>
      <w:r w:rsidRPr="005B4D8B">
        <w:rPr>
          <w:rFonts w:ascii="Cambria" w:hAnsi="Cambria" w:cs="Times New Roman"/>
          <w:sz w:val="24"/>
          <w:szCs w:val="24"/>
          <w:lang w:val="ro-RO"/>
        </w:rPr>
        <w:t>declar prin prezenta următoarele:</w:t>
      </w:r>
    </w:p>
    <w:p w14:paraId="73AC8843" w14:textId="7D1B337E" w:rsidR="00704A40" w:rsidRPr="005B4D8B" w:rsidRDefault="00000000" w:rsidP="00E628C8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5B4D8B">
        <w:rPr>
          <w:rFonts w:ascii="Cambria" w:hAnsi="Cambria" w:cs="Times New Roman"/>
          <w:sz w:val="24"/>
          <w:szCs w:val="24"/>
          <w:lang w:val="ro-RO"/>
        </w:rPr>
        <w:t xml:space="preserve">1. Mă angajez să organizez </w:t>
      </w:r>
      <w:r w:rsidR="00ED26C0">
        <w:rPr>
          <w:rFonts w:ascii="Cambria" w:hAnsi="Cambria" w:cs="Times New Roman"/>
          <w:sz w:val="24"/>
          <w:szCs w:val="24"/>
          <w:lang w:val="ro-RO"/>
        </w:rPr>
        <w:t xml:space="preserve">un număr de ....... </w:t>
      </w:r>
      <w:r w:rsidRPr="005B4D8B">
        <w:rPr>
          <w:rFonts w:ascii="Cambria" w:hAnsi="Cambria" w:cs="Times New Roman"/>
          <w:sz w:val="24"/>
          <w:szCs w:val="24"/>
          <w:lang w:val="ro-RO"/>
        </w:rPr>
        <w:t xml:space="preserve">stagii de practică pentru </w:t>
      </w:r>
      <w:r w:rsidR="00F97DC6" w:rsidRPr="005B4D8B">
        <w:rPr>
          <w:rFonts w:ascii="Cambria" w:hAnsi="Cambria" w:cs="Times New Roman"/>
          <w:sz w:val="24"/>
          <w:szCs w:val="24"/>
          <w:lang w:val="ro-RO"/>
        </w:rPr>
        <w:t>………………………….</w:t>
      </w:r>
      <w:r w:rsidRPr="005B4D8B">
        <w:rPr>
          <w:rFonts w:ascii="Cambria" w:hAnsi="Cambria" w:cs="Times New Roman"/>
          <w:sz w:val="24"/>
          <w:szCs w:val="24"/>
          <w:lang w:val="ro-RO"/>
        </w:rPr>
        <w:t xml:space="preserve"> în cadrul activităților desfășurate de societatea pe care o reprezint, în perioada de implementare.</w:t>
      </w:r>
    </w:p>
    <w:p w14:paraId="3CF46E93" w14:textId="77777777" w:rsidR="00704A40" w:rsidRPr="005B4D8B" w:rsidRDefault="00000000" w:rsidP="00E628C8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5B4D8B">
        <w:rPr>
          <w:rFonts w:ascii="Cambria" w:hAnsi="Cambria" w:cs="Times New Roman"/>
          <w:sz w:val="24"/>
          <w:szCs w:val="24"/>
          <w:lang w:val="ro-RO"/>
        </w:rPr>
        <w:t>2. Stagiile vor avea ca scop dezvoltarea competențelor profesionale ale tinerilor și vor fi relevante pentru domeniul de activitate al proiectului.</w:t>
      </w:r>
    </w:p>
    <w:p w14:paraId="0842C56A" w14:textId="082F927F" w:rsidR="00704A40" w:rsidRPr="005B4D8B" w:rsidRDefault="00000000" w:rsidP="00E628C8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5B4D8B">
        <w:rPr>
          <w:rFonts w:ascii="Cambria" w:hAnsi="Cambria" w:cs="Times New Roman"/>
          <w:sz w:val="24"/>
          <w:szCs w:val="24"/>
          <w:lang w:val="ro-RO"/>
        </w:rPr>
        <w:t>3. Mă angajez să păstrez documente justificative (contracte de practică, convenții,</w:t>
      </w:r>
      <w:r w:rsidR="00F97DC6" w:rsidRPr="005B4D8B">
        <w:rPr>
          <w:rFonts w:ascii="Cambria" w:hAnsi="Cambria" w:cs="Times New Roman"/>
          <w:sz w:val="24"/>
          <w:szCs w:val="24"/>
          <w:lang w:val="ro-RO"/>
        </w:rPr>
        <w:t xml:space="preserve"> rapoarte de activitate,</w:t>
      </w:r>
      <w:r w:rsidRPr="005B4D8B">
        <w:rPr>
          <w:rFonts w:ascii="Cambria" w:hAnsi="Cambria" w:cs="Times New Roman"/>
          <w:sz w:val="24"/>
          <w:szCs w:val="24"/>
          <w:lang w:val="ro-RO"/>
        </w:rPr>
        <w:t xml:space="preserve"> foi de prezență</w:t>
      </w:r>
      <w:r w:rsidR="005B4D8B">
        <w:rPr>
          <w:rFonts w:ascii="Cambria" w:hAnsi="Cambria" w:cs="Times New Roman"/>
          <w:sz w:val="24"/>
          <w:szCs w:val="24"/>
          <w:lang w:val="ro-RO"/>
        </w:rPr>
        <w:t xml:space="preserve">, fotografii, </w:t>
      </w:r>
      <w:r w:rsidRPr="005B4D8B">
        <w:rPr>
          <w:rFonts w:ascii="Cambria" w:hAnsi="Cambria" w:cs="Times New Roman"/>
          <w:sz w:val="24"/>
          <w:szCs w:val="24"/>
          <w:lang w:val="ro-RO"/>
        </w:rPr>
        <w:t>etc.) care să ateste desfășurarea efectivă a stagiilor și să le pun la dispoziția autorităților de verificare, la cerere.</w:t>
      </w:r>
    </w:p>
    <w:p w14:paraId="049C15FB" w14:textId="77777777" w:rsidR="00704A40" w:rsidRPr="005B4D8B" w:rsidRDefault="00000000" w:rsidP="00E628C8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5B4D8B">
        <w:rPr>
          <w:rFonts w:ascii="Cambria" w:hAnsi="Cambria" w:cs="Times New Roman"/>
          <w:sz w:val="24"/>
          <w:szCs w:val="24"/>
          <w:lang w:val="ro-RO"/>
        </w:rPr>
        <w:br/>
        <w:t>Prezenta declarație este dată astăzi, _______________, pentru a fi anexată documentației de proiect.</w:t>
      </w:r>
    </w:p>
    <w:p w14:paraId="7303E093" w14:textId="274B6613" w:rsidR="00704A40" w:rsidRPr="005B4D8B" w:rsidRDefault="00704A40">
      <w:pPr>
        <w:rPr>
          <w:rFonts w:ascii="Cambria" w:hAnsi="Cambria" w:cs="Times New Roman"/>
          <w:sz w:val="24"/>
          <w:szCs w:val="24"/>
          <w:lang w:val="ro-RO"/>
        </w:rPr>
      </w:pPr>
    </w:p>
    <w:p w14:paraId="76CB4F8D" w14:textId="77777777" w:rsidR="00704A40" w:rsidRPr="005B4D8B" w:rsidRDefault="00000000">
      <w:pPr>
        <w:rPr>
          <w:rFonts w:ascii="Cambria" w:hAnsi="Cambria" w:cs="Times New Roman"/>
          <w:sz w:val="24"/>
          <w:szCs w:val="24"/>
          <w:lang w:val="ro-RO"/>
        </w:rPr>
      </w:pPr>
      <w:r w:rsidRPr="005B4D8B">
        <w:rPr>
          <w:rFonts w:ascii="Cambria" w:hAnsi="Cambria" w:cs="Times New Roman"/>
          <w:sz w:val="24"/>
          <w:szCs w:val="24"/>
          <w:lang w:val="ro-RO"/>
        </w:rPr>
        <w:t>Nume și prenume: _____________________</w:t>
      </w:r>
    </w:p>
    <w:p w14:paraId="70B7C0A4" w14:textId="77777777" w:rsidR="00704A40" w:rsidRPr="005B4D8B" w:rsidRDefault="00000000">
      <w:pPr>
        <w:rPr>
          <w:rFonts w:ascii="Cambria" w:hAnsi="Cambria" w:cs="Times New Roman"/>
          <w:sz w:val="24"/>
          <w:szCs w:val="24"/>
          <w:lang w:val="ro-RO"/>
        </w:rPr>
      </w:pPr>
      <w:r w:rsidRPr="005B4D8B">
        <w:rPr>
          <w:rFonts w:ascii="Cambria" w:hAnsi="Cambria" w:cs="Times New Roman"/>
          <w:sz w:val="24"/>
          <w:szCs w:val="24"/>
          <w:lang w:val="ro-RO"/>
        </w:rPr>
        <w:t>Funcția: _____________________________</w:t>
      </w:r>
    </w:p>
    <w:p w14:paraId="54664D7C" w14:textId="787E7B41" w:rsidR="00704A40" w:rsidRPr="005B4D8B" w:rsidRDefault="00BC4A27">
      <w:pPr>
        <w:rPr>
          <w:rFonts w:ascii="Cambria" w:hAnsi="Cambria" w:cs="Times New Roman"/>
          <w:sz w:val="24"/>
          <w:szCs w:val="24"/>
          <w:lang w:val="ro-RO"/>
        </w:rPr>
      </w:pPr>
      <w:r w:rsidRPr="005B4D8B">
        <w:rPr>
          <w:rFonts w:ascii="Cambria" w:hAnsi="Cambria" w:cs="Times New Roman"/>
          <w:sz w:val="24"/>
          <w:szCs w:val="24"/>
          <w:lang w:val="ro-RO"/>
        </w:rPr>
        <w:t>Semnătura: __________________________</w:t>
      </w:r>
      <w:r w:rsidRPr="005B4D8B">
        <w:rPr>
          <w:rFonts w:ascii="Cambria" w:hAnsi="Cambria" w:cs="Times New Roman"/>
          <w:sz w:val="24"/>
          <w:szCs w:val="24"/>
          <w:lang w:val="ro-RO"/>
        </w:rPr>
        <w:br/>
      </w:r>
    </w:p>
    <w:sectPr w:rsidR="00704A40" w:rsidRPr="005B4D8B" w:rsidSect="00926922">
      <w:headerReference w:type="default" r:id="rId8"/>
      <w:pgSz w:w="12240" w:h="15840"/>
      <w:pgMar w:top="213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8763" w14:textId="77777777" w:rsidR="007138C7" w:rsidRDefault="007138C7" w:rsidP="00E628C8">
      <w:pPr>
        <w:spacing w:after="0" w:line="240" w:lineRule="auto"/>
      </w:pPr>
      <w:r>
        <w:separator/>
      </w:r>
    </w:p>
  </w:endnote>
  <w:endnote w:type="continuationSeparator" w:id="0">
    <w:p w14:paraId="395431D7" w14:textId="77777777" w:rsidR="007138C7" w:rsidRDefault="007138C7" w:rsidP="00E6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9DD7C" w14:textId="77777777" w:rsidR="007138C7" w:rsidRDefault="007138C7" w:rsidP="00E628C8">
      <w:pPr>
        <w:spacing w:after="0" w:line="240" w:lineRule="auto"/>
      </w:pPr>
      <w:r>
        <w:separator/>
      </w:r>
    </w:p>
  </w:footnote>
  <w:footnote w:type="continuationSeparator" w:id="0">
    <w:p w14:paraId="14719378" w14:textId="77777777" w:rsidR="007138C7" w:rsidRDefault="007138C7" w:rsidP="00E62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931CA" w14:textId="1A18F083" w:rsidR="00E628C8" w:rsidRDefault="00926922" w:rsidP="00E628C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E46557" wp14:editId="1BB61C61">
          <wp:simplePos x="0" y="0"/>
          <wp:positionH relativeFrom="column">
            <wp:posOffset>4767580</wp:posOffset>
          </wp:positionH>
          <wp:positionV relativeFrom="paragraph">
            <wp:posOffset>608965</wp:posOffset>
          </wp:positionV>
          <wp:extent cx="1054100" cy="425450"/>
          <wp:effectExtent l="0" t="0" r="0" b="0"/>
          <wp:wrapNone/>
          <wp:docPr id="104794123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28C8">
      <w:rPr>
        <w:noProof/>
      </w:rPr>
      <w:drawing>
        <wp:inline distT="0" distB="0" distL="0" distR="0" wp14:anchorId="1A5AFF88" wp14:editId="6DE6E3BB">
          <wp:extent cx="5821680" cy="600573"/>
          <wp:effectExtent l="0" t="0" r="0" b="9525"/>
          <wp:docPr id="17225379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939" cy="60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81BF54" w14:textId="509FB614" w:rsidR="00926922" w:rsidRPr="00E628C8" w:rsidRDefault="00926922" w:rsidP="00E628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4844716">
    <w:abstractNumId w:val="8"/>
  </w:num>
  <w:num w:numId="2" w16cid:durableId="811024152">
    <w:abstractNumId w:val="6"/>
  </w:num>
  <w:num w:numId="3" w16cid:durableId="997460007">
    <w:abstractNumId w:val="5"/>
  </w:num>
  <w:num w:numId="4" w16cid:durableId="1611859710">
    <w:abstractNumId w:val="4"/>
  </w:num>
  <w:num w:numId="5" w16cid:durableId="1842574400">
    <w:abstractNumId w:val="7"/>
  </w:num>
  <w:num w:numId="6" w16cid:durableId="1526286525">
    <w:abstractNumId w:val="3"/>
  </w:num>
  <w:num w:numId="7" w16cid:durableId="599065317">
    <w:abstractNumId w:val="2"/>
  </w:num>
  <w:num w:numId="8" w16cid:durableId="42601915">
    <w:abstractNumId w:val="1"/>
  </w:num>
  <w:num w:numId="9" w16cid:durableId="17557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BA"/>
    <w:rsid w:val="00075E46"/>
    <w:rsid w:val="00077214"/>
    <w:rsid w:val="0015074B"/>
    <w:rsid w:val="001F00BD"/>
    <w:rsid w:val="002708B9"/>
    <w:rsid w:val="00286452"/>
    <w:rsid w:val="0029639D"/>
    <w:rsid w:val="002A2760"/>
    <w:rsid w:val="002F4AE5"/>
    <w:rsid w:val="002F57E2"/>
    <w:rsid w:val="00326F90"/>
    <w:rsid w:val="00352F3E"/>
    <w:rsid w:val="005B4D8B"/>
    <w:rsid w:val="00704A40"/>
    <w:rsid w:val="007138C7"/>
    <w:rsid w:val="00823FF1"/>
    <w:rsid w:val="00926922"/>
    <w:rsid w:val="009D3F66"/>
    <w:rsid w:val="00A76F2A"/>
    <w:rsid w:val="00AA1D8D"/>
    <w:rsid w:val="00B335C8"/>
    <w:rsid w:val="00B47730"/>
    <w:rsid w:val="00BC4A27"/>
    <w:rsid w:val="00CA255D"/>
    <w:rsid w:val="00CB0664"/>
    <w:rsid w:val="00D00DB0"/>
    <w:rsid w:val="00DA18C7"/>
    <w:rsid w:val="00E628C8"/>
    <w:rsid w:val="00EA7C74"/>
    <w:rsid w:val="00ED26C0"/>
    <w:rsid w:val="00EF38A9"/>
    <w:rsid w:val="00F7058E"/>
    <w:rsid w:val="00F97D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1F91EE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12</cp:revision>
  <dcterms:created xsi:type="dcterms:W3CDTF">2013-12-23T23:15:00Z</dcterms:created>
  <dcterms:modified xsi:type="dcterms:W3CDTF">2025-10-15T12:20:00Z</dcterms:modified>
  <cp:category/>
</cp:coreProperties>
</file>