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1688" w14:textId="258351FC" w:rsidR="00122423" w:rsidRPr="00D75215" w:rsidRDefault="00696662" w:rsidP="00122423">
      <w:pPr>
        <w:pStyle w:val="Heading1"/>
        <w:jc w:val="right"/>
        <w:rPr>
          <w:rFonts w:ascii="Cambria" w:hAnsi="Cambria"/>
          <w:color w:val="auto"/>
          <w:sz w:val="24"/>
          <w:szCs w:val="24"/>
          <w:lang w:val="ro-RO"/>
        </w:rPr>
      </w:pPr>
      <w:r w:rsidRPr="00D75215">
        <w:rPr>
          <w:rFonts w:ascii="Cambria" w:hAnsi="Cambria"/>
          <w:color w:val="auto"/>
          <w:sz w:val="24"/>
          <w:szCs w:val="24"/>
          <w:lang w:val="ro-RO"/>
        </w:rPr>
        <w:t>Anexa</w:t>
      </w:r>
      <w:r w:rsidR="00122423" w:rsidRPr="00D75215">
        <w:rPr>
          <w:rFonts w:ascii="Cambria" w:hAnsi="Cambria"/>
          <w:color w:val="auto"/>
          <w:sz w:val="24"/>
          <w:szCs w:val="24"/>
          <w:lang w:val="ro-RO"/>
        </w:rPr>
        <w:t xml:space="preserve"> nr. </w:t>
      </w:r>
      <w:r w:rsidRPr="00D75215">
        <w:rPr>
          <w:rFonts w:ascii="Cambria" w:hAnsi="Cambria"/>
          <w:color w:val="auto"/>
          <w:sz w:val="24"/>
          <w:szCs w:val="24"/>
          <w:lang w:val="ro-RO"/>
        </w:rPr>
        <w:t>8.1</w:t>
      </w:r>
    </w:p>
    <w:p w14:paraId="0694E906" w14:textId="0719BA48" w:rsidR="009603C8" w:rsidRPr="00D75215" w:rsidRDefault="00000000" w:rsidP="00B67588">
      <w:pPr>
        <w:pStyle w:val="Heading1"/>
        <w:spacing w:before="0"/>
        <w:jc w:val="center"/>
        <w:rPr>
          <w:rFonts w:ascii="Cambria" w:hAnsi="Cambria"/>
          <w:color w:val="auto"/>
          <w:sz w:val="24"/>
          <w:szCs w:val="24"/>
          <w:lang w:val="ro-RO"/>
        </w:rPr>
      </w:pPr>
      <w:r w:rsidRPr="00D75215">
        <w:rPr>
          <w:rFonts w:ascii="Cambria" w:hAnsi="Cambria"/>
          <w:color w:val="auto"/>
          <w:sz w:val="24"/>
          <w:szCs w:val="24"/>
          <w:lang w:val="ro-RO"/>
        </w:rPr>
        <w:t>DECLARAȚIE PE PROPRIA RĂSPUNDERE</w:t>
      </w:r>
    </w:p>
    <w:p w14:paraId="04481E69" w14:textId="77777777" w:rsidR="00217150" w:rsidRPr="00D75215" w:rsidRDefault="00217150" w:rsidP="00217150">
      <w:pPr>
        <w:rPr>
          <w:rFonts w:ascii="Cambria" w:hAnsi="Cambria"/>
          <w:sz w:val="24"/>
          <w:szCs w:val="24"/>
          <w:lang w:val="ro-RO"/>
        </w:rPr>
      </w:pPr>
    </w:p>
    <w:p w14:paraId="68435319" w14:textId="108A2451" w:rsidR="009603C8" w:rsidRPr="00D75215" w:rsidRDefault="00000000" w:rsidP="00F033B9">
      <w:pPr>
        <w:ind w:firstLine="720"/>
        <w:jc w:val="both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Subsemnatul/Subsemnata, [</w:t>
      </w:r>
      <w:r w:rsidRPr="00D75215">
        <w:rPr>
          <w:rFonts w:ascii="Cambria" w:hAnsi="Cambria"/>
          <w:i/>
          <w:iCs/>
          <w:sz w:val="24"/>
          <w:szCs w:val="24"/>
          <w:lang w:val="ro-RO"/>
        </w:rPr>
        <w:t>Nume și prenume</w:t>
      </w:r>
      <w:r w:rsidRPr="00D75215">
        <w:rPr>
          <w:rFonts w:ascii="Cambria" w:hAnsi="Cambria"/>
          <w:sz w:val="24"/>
          <w:szCs w:val="24"/>
          <w:lang w:val="ro-RO"/>
        </w:rPr>
        <w:t>], în calitate de [</w:t>
      </w:r>
      <w:r w:rsidRPr="00D75215">
        <w:rPr>
          <w:rFonts w:ascii="Cambria" w:hAnsi="Cambria"/>
          <w:i/>
          <w:iCs/>
          <w:sz w:val="24"/>
          <w:szCs w:val="24"/>
          <w:lang w:val="ro-RO"/>
        </w:rPr>
        <w:t>calitatea în cadrul întreprinderii – ex. administrator/asociat unic/titular II/PFA</w:t>
      </w:r>
      <w:r w:rsidRPr="00D75215">
        <w:rPr>
          <w:rFonts w:ascii="Cambria" w:hAnsi="Cambria"/>
          <w:sz w:val="24"/>
          <w:szCs w:val="24"/>
          <w:lang w:val="ro-RO"/>
        </w:rPr>
        <w:t>] al [</w:t>
      </w:r>
      <w:r w:rsidRPr="00D75215">
        <w:rPr>
          <w:rFonts w:ascii="Cambria" w:hAnsi="Cambria"/>
          <w:i/>
          <w:iCs/>
          <w:sz w:val="24"/>
          <w:szCs w:val="24"/>
          <w:lang w:val="ro-RO"/>
        </w:rPr>
        <w:t>Denumirea completă a solicitantului</w:t>
      </w:r>
      <w:r w:rsidRPr="00D75215">
        <w:rPr>
          <w:rFonts w:ascii="Cambria" w:hAnsi="Cambria"/>
          <w:sz w:val="24"/>
          <w:szCs w:val="24"/>
          <w:lang w:val="ro-RO"/>
        </w:rPr>
        <w:t>], cu sediul social în [</w:t>
      </w:r>
      <w:r w:rsidRPr="00D75215">
        <w:rPr>
          <w:rFonts w:ascii="Cambria" w:hAnsi="Cambria"/>
          <w:i/>
          <w:iCs/>
          <w:sz w:val="24"/>
          <w:szCs w:val="24"/>
          <w:lang w:val="ro-RO"/>
        </w:rPr>
        <w:t>adresa completă</w:t>
      </w:r>
      <w:r w:rsidRPr="00D75215">
        <w:rPr>
          <w:rFonts w:ascii="Cambria" w:hAnsi="Cambria"/>
          <w:sz w:val="24"/>
          <w:szCs w:val="24"/>
          <w:lang w:val="ro-RO"/>
        </w:rPr>
        <w:t>], înregistrat(ă) la Oficiul Registrului Comerțului sub nr. [J/…/…], CUI/CIF […],</w:t>
      </w:r>
      <w:r w:rsidR="00217150" w:rsidRPr="00D75215">
        <w:rPr>
          <w:rFonts w:ascii="Cambria" w:hAnsi="Cambria"/>
          <w:sz w:val="24"/>
          <w:szCs w:val="24"/>
          <w:lang w:val="ro-RO"/>
        </w:rPr>
        <w:t xml:space="preserve"> </w:t>
      </w:r>
      <w:r w:rsidRPr="00D75215">
        <w:rPr>
          <w:rFonts w:ascii="Cambria" w:hAnsi="Cambria"/>
          <w:sz w:val="24"/>
          <w:szCs w:val="24"/>
          <w:lang w:val="ro-RO"/>
        </w:rPr>
        <w:t xml:space="preserve">având în vedere participarea la selecția de proiecte în cadrul Intervenției </w:t>
      </w:r>
      <w:r w:rsidR="00696662" w:rsidRPr="00D75215">
        <w:rPr>
          <w:rFonts w:ascii="Cambria" w:hAnsi="Cambria"/>
          <w:sz w:val="24"/>
          <w:szCs w:val="24"/>
          <w:lang w:val="ro-RO"/>
        </w:rPr>
        <w:t>FEADR nr. 4</w:t>
      </w:r>
      <w:r w:rsidRPr="00D75215">
        <w:rPr>
          <w:rFonts w:ascii="Cambria" w:hAnsi="Cambria"/>
          <w:sz w:val="24"/>
          <w:szCs w:val="24"/>
          <w:lang w:val="ro-RO"/>
        </w:rPr>
        <w:t xml:space="preserve"> – „</w:t>
      </w:r>
      <w:r w:rsidR="00696662" w:rsidRPr="00D75215">
        <w:rPr>
          <w:rFonts w:ascii="Cambria" w:hAnsi="Cambria"/>
          <w:sz w:val="24"/>
          <w:szCs w:val="24"/>
          <w:lang w:val="ro-RO"/>
        </w:rPr>
        <w:t>Inițiativă locală privată orientată pe nevoi locale</w:t>
      </w:r>
      <w:r w:rsidRPr="00D75215">
        <w:rPr>
          <w:rFonts w:ascii="Cambria" w:hAnsi="Cambria"/>
          <w:sz w:val="24"/>
          <w:szCs w:val="24"/>
          <w:lang w:val="ro-RO"/>
        </w:rPr>
        <w:t>”,</w:t>
      </w:r>
    </w:p>
    <w:p w14:paraId="79D7E656" w14:textId="12A1E6A3" w:rsidR="009603C8" w:rsidRPr="00D75215" w:rsidRDefault="00122423" w:rsidP="00F033B9">
      <w:pPr>
        <w:ind w:firstLine="72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D75215">
        <w:rPr>
          <w:rFonts w:ascii="Cambria" w:hAnsi="Cambria"/>
          <w:b/>
          <w:bCs/>
          <w:sz w:val="24"/>
          <w:szCs w:val="24"/>
          <w:lang w:val="ro-RO"/>
        </w:rPr>
        <w:t>Declar pe propria răspundere că:</w:t>
      </w:r>
    </w:p>
    <w:p w14:paraId="6AAC781C" w14:textId="77777777" w:rsidR="009603C8" w:rsidRPr="00D75215" w:rsidRDefault="00000000" w:rsidP="00F033B9">
      <w:pPr>
        <w:jc w:val="both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1. Mă angajez ca, până la finalizarea perioadei de implementare a proiectului, să închei cel puțin un parteneriat funcțional cu entități relevante (ex. ONG-uri, alte întreprinderi, instituții publice, media locală, platforme online etc.) în scopul promovării produselor și/sau serviciilor propuse prin planul de afaceri;</w:t>
      </w:r>
    </w:p>
    <w:p w14:paraId="7588C893" w14:textId="77777777" w:rsidR="009603C8" w:rsidRPr="00D75215" w:rsidRDefault="00000000" w:rsidP="00F033B9">
      <w:pPr>
        <w:jc w:val="both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2. Tipul parteneriatului va urmări creșterea vizibilității întreprinderii și facilitarea accesului la clienți, piețe sau evenimente comerciale locale ori regionale;</w:t>
      </w:r>
    </w:p>
    <w:p w14:paraId="1B8399A7" w14:textId="77777777" w:rsidR="009603C8" w:rsidRPr="00D75215" w:rsidRDefault="00000000" w:rsidP="00217150">
      <w:pPr>
        <w:jc w:val="both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3. Mă angajez să prezint un document justificativ (protocol, acord, contract de colaborare) privind acest parteneriat, ca dovadă a îndeplinirii criteriului de selecție, la momentul solicitării tranșei a doua de plată;</w:t>
      </w:r>
    </w:p>
    <w:p w14:paraId="22AA6506" w14:textId="77777777" w:rsidR="009603C8" w:rsidRPr="00D75215" w:rsidRDefault="00000000" w:rsidP="00217150">
      <w:pPr>
        <w:jc w:val="both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4. Înțeleg că neîndeplinirea acestui angajament poate conduce la reevaluarea eligibilității tranșei a doua, în conformitate cu prevederile Ghidului solicitantului și ale contractului de finanțare;</w:t>
      </w:r>
    </w:p>
    <w:p w14:paraId="7DF26A59" w14:textId="0E1C36AC" w:rsidR="009603C8" w:rsidRPr="00D75215" w:rsidRDefault="00000000" w:rsidP="00217150">
      <w:pPr>
        <w:jc w:val="both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 xml:space="preserve">Prezenta declarație este dată în conformitate cu cerințele fișei intervenției și va face parte integrantă din dosarul </w:t>
      </w:r>
      <w:r w:rsidR="00687622" w:rsidRPr="00D75215">
        <w:rPr>
          <w:rFonts w:ascii="Cambria" w:hAnsi="Cambria"/>
          <w:sz w:val="24"/>
          <w:szCs w:val="24"/>
          <w:lang w:val="ro-RO"/>
        </w:rPr>
        <w:t>cererii de finanțare.</w:t>
      </w:r>
    </w:p>
    <w:p w14:paraId="57E6C9FF" w14:textId="5603771D" w:rsidR="009603C8" w:rsidRPr="00D75215" w:rsidRDefault="00000000">
      <w:pPr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 xml:space="preserve">Prezenta declarație este semnată astăzi, </w:t>
      </w:r>
      <w:r w:rsidR="00217150" w:rsidRPr="00D75215">
        <w:rPr>
          <w:rFonts w:ascii="Cambria" w:hAnsi="Cambria"/>
          <w:sz w:val="24"/>
          <w:szCs w:val="24"/>
          <w:lang w:val="ro-RO"/>
        </w:rPr>
        <w:t>_____________</w:t>
      </w:r>
      <w:r w:rsidRPr="00D75215">
        <w:rPr>
          <w:rFonts w:ascii="Cambria" w:hAnsi="Cambria"/>
          <w:sz w:val="24"/>
          <w:szCs w:val="24"/>
          <w:lang w:val="ro-RO"/>
        </w:rPr>
        <w:t>, în original.</w:t>
      </w:r>
    </w:p>
    <w:p w14:paraId="4BE02A9B" w14:textId="77777777" w:rsidR="009603C8" w:rsidRPr="00D75215" w:rsidRDefault="00000000" w:rsidP="00122423">
      <w:pPr>
        <w:spacing w:line="240" w:lineRule="auto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Semnătura solicitantului,</w:t>
      </w:r>
    </w:p>
    <w:p w14:paraId="71CF5685" w14:textId="77777777" w:rsidR="009603C8" w:rsidRPr="00D75215" w:rsidRDefault="00000000" w:rsidP="00122423">
      <w:pPr>
        <w:spacing w:line="240" w:lineRule="auto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_____________________</w:t>
      </w:r>
    </w:p>
    <w:p w14:paraId="3A3720D5" w14:textId="77777777" w:rsidR="009603C8" w:rsidRPr="00D75215" w:rsidRDefault="00000000" w:rsidP="00122423">
      <w:pPr>
        <w:spacing w:line="240" w:lineRule="auto"/>
        <w:rPr>
          <w:rFonts w:ascii="Cambria" w:hAnsi="Cambria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[Nume complet și semnătură]</w:t>
      </w:r>
    </w:p>
    <w:p w14:paraId="645A0B3A" w14:textId="33BB8AEE" w:rsidR="009603C8" w:rsidRPr="00F66E9F" w:rsidRDefault="00000000" w:rsidP="00122423">
      <w:pPr>
        <w:spacing w:line="240" w:lineRule="auto"/>
        <w:rPr>
          <w:rFonts w:ascii="Cambria" w:hAnsi="Cambria"/>
          <w:color w:val="EE0000"/>
          <w:sz w:val="24"/>
          <w:szCs w:val="24"/>
          <w:lang w:val="ro-RO"/>
        </w:rPr>
      </w:pPr>
      <w:r w:rsidRPr="00D75215">
        <w:rPr>
          <w:rFonts w:ascii="Cambria" w:hAnsi="Cambria"/>
          <w:sz w:val="24"/>
          <w:szCs w:val="24"/>
          <w:lang w:val="ro-RO"/>
        </w:rPr>
        <w:t>[Funcția]</w:t>
      </w:r>
    </w:p>
    <w:sectPr w:rsidR="009603C8" w:rsidRPr="00F66E9F" w:rsidSect="00FC7513">
      <w:headerReference w:type="default" r:id="rId8"/>
      <w:pgSz w:w="12240" w:h="15840"/>
      <w:pgMar w:top="2023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4DED" w14:textId="77777777" w:rsidR="00D24012" w:rsidRDefault="00D24012" w:rsidP="00122423">
      <w:pPr>
        <w:spacing w:after="0" w:line="240" w:lineRule="auto"/>
      </w:pPr>
      <w:r>
        <w:separator/>
      </w:r>
    </w:p>
  </w:endnote>
  <w:endnote w:type="continuationSeparator" w:id="0">
    <w:p w14:paraId="17370DFE" w14:textId="77777777" w:rsidR="00D24012" w:rsidRDefault="00D24012" w:rsidP="0012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56B9" w14:textId="77777777" w:rsidR="00D24012" w:rsidRDefault="00D24012" w:rsidP="00122423">
      <w:pPr>
        <w:spacing w:after="0" w:line="240" w:lineRule="auto"/>
      </w:pPr>
      <w:r>
        <w:separator/>
      </w:r>
    </w:p>
  </w:footnote>
  <w:footnote w:type="continuationSeparator" w:id="0">
    <w:p w14:paraId="32BAF5B6" w14:textId="77777777" w:rsidR="00D24012" w:rsidRDefault="00D24012" w:rsidP="0012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F848" w14:textId="2F5C9506" w:rsidR="00122423" w:rsidRDefault="00FC751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07F18E6" wp14:editId="086118C4">
          <wp:simplePos x="0" y="0"/>
          <wp:positionH relativeFrom="column">
            <wp:posOffset>4767580</wp:posOffset>
          </wp:positionH>
          <wp:positionV relativeFrom="paragraph">
            <wp:posOffset>608965</wp:posOffset>
          </wp:positionV>
          <wp:extent cx="1054100" cy="425450"/>
          <wp:effectExtent l="0" t="0" r="0" b="0"/>
          <wp:wrapNone/>
          <wp:docPr id="6181081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2423">
      <w:rPr>
        <w:noProof/>
      </w:rPr>
      <w:drawing>
        <wp:inline distT="0" distB="0" distL="0" distR="0" wp14:anchorId="0BFD2B0A" wp14:editId="30349CAC">
          <wp:extent cx="5821680" cy="600573"/>
          <wp:effectExtent l="0" t="0" r="0" b="9525"/>
          <wp:docPr id="16689197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E65EA3" w14:textId="38EB20F8" w:rsidR="00FC7513" w:rsidRDefault="00FC75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3450761">
    <w:abstractNumId w:val="8"/>
  </w:num>
  <w:num w:numId="2" w16cid:durableId="146671502">
    <w:abstractNumId w:val="6"/>
  </w:num>
  <w:num w:numId="3" w16cid:durableId="1144011278">
    <w:abstractNumId w:val="5"/>
  </w:num>
  <w:num w:numId="4" w16cid:durableId="522673778">
    <w:abstractNumId w:val="4"/>
  </w:num>
  <w:num w:numId="5" w16cid:durableId="1315336231">
    <w:abstractNumId w:val="7"/>
  </w:num>
  <w:num w:numId="6" w16cid:durableId="1033724350">
    <w:abstractNumId w:val="3"/>
  </w:num>
  <w:num w:numId="7" w16cid:durableId="256181175">
    <w:abstractNumId w:val="2"/>
  </w:num>
  <w:num w:numId="8" w16cid:durableId="1697730661">
    <w:abstractNumId w:val="1"/>
  </w:num>
  <w:num w:numId="9" w16cid:durableId="48228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122423"/>
    <w:rsid w:val="0015074B"/>
    <w:rsid w:val="00217150"/>
    <w:rsid w:val="002708B9"/>
    <w:rsid w:val="0029639D"/>
    <w:rsid w:val="00326F90"/>
    <w:rsid w:val="00405E8C"/>
    <w:rsid w:val="00687622"/>
    <w:rsid w:val="00696662"/>
    <w:rsid w:val="00720F28"/>
    <w:rsid w:val="008438BF"/>
    <w:rsid w:val="00865936"/>
    <w:rsid w:val="009603C8"/>
    <w:rsid w:val="009D3F66"/>
    <w:rsid w:val="00A76F2A"/>
    <w:rsid w:val="00AA1D8D"/>
    <w:rsid w:val="00B432A0"/>
    <w:rsid w:val="00B47730"/>
    <w:rsid w:val="00B67588"/>
    <w:rsid w:val="00CB0664"/>
    <w:rsid w:val="00D24012"/>
    <w:rsid w:val="00D75215"/>
    <w:rsid w:val="00DC2966"/>
    <w:rsid w:val="00F033B9"/>
    <w:rsid w:val="00F66E9F"/>
    <w:rsid w:val="00F84AA5"/>
    <w:rsid w:val="00FC693F"/>
    <w:rsid w:val="00FC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DAFC32"/>
  <w14:defaultImageDpi w14:val="300"/>
  <w15:docId w15:val="{83ACD106-7141-4F1D-930D-16563E44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10</cp:revision>
  <dcterms:created xsi:type="dcterms:W3CDTF">2013-12-23T23:15:00Z</dcterms:created>
  <dcterms:modified xsi:type="dcterms:W3CDTF">2025-10-14T09:59:00Z</dcterms:modified>
  <cp:category/>
</cp:coreProperties>
</file>