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F5E82" w14:textId="3198EDCE" w:rsidR="00DC6412" w:rsidRPr="003273EE" w:rsidRDefault="007B595E" w:rsidP="00DC6412">
      <w:pPr>
        <w:pStyle w:val="Heading1"/>
        <w:jc w:val="right"/>
        <w:rPr>
          <w:rFonts w:asciiTheme="minorHAnsi" w:hAnsiTheme="minorHAnsi"/>
          <w:color w:val="auto"/>
          <w:sz w:val="24"/>
          <w:szCs w:val="24"/>
          <w:lang w:val="ro-RO"/>
        </w:rPr>
      </w:pPr>
      <w:r>
        <w:rPr>
          <w:rFonts w:asciiTheme="minorHAnsi" w:hAnsiTheme="minorHAnsi"/>
          <w:color w:val="auto"/>
          <w:sz w:val="24"/>
          <w:szCs w:val="24"/>
          <w:lang w:val="ro-RO"/>
        </w:rPr>
        <w:t>Anexa</w:t>
      </w:r>
      <w:r w:rsidR="00DC6412" w:rsidRPr="003273EE">
        <w:rPr>
          <w:rFonts w:asciiTheme="minorHAnsi" w:hAnsiTheme="minorHAnsi"/>
          <w:color w:val="auto"/>
          <w:sz w:val="24"/>
          <w:szCs w:val="24"/>
          <w:lang w:val="ro-RO"/>
        </w:rPr>
        <w:t xml:space="preserve"> nr. </w:t>
      </w:r>
      <w:r>
        <w:rPr>
          <w:rFonts w:asciiTheme="minorHAnsi" w:hAnsiTheme="minorHAnsi"/>
          <w:color w:val="auto"/>
          <w:sz w:val="24"/>
          <w:szCs w:val="24"/>
          <w:lang w:val="ro-RO"/>
        </w:rPr>
        <w:t>7.5</w:t>
      </w:r>
      <w:r w:rsidR="00DC6412" w:rsidRPr="003273EE">
        <w:rPr>
          <w:rFonts w:asciiTheme="minorHAnsi" w:hAnsiTheme="minorHAnsi"/>
          <w:color w:val="auto"/>
          <w:sz w:val="24"/>
          <w:szCs w:val="24"/>
          <w:lang w:val="ro-RO"/>
        </w:rPr>
        <w:t xml:space="preserve"> </w:t>
      </w:r>
    </w:p>
    <w:p w14:paraId="2D37423B" w14:textId="72A25FE1" w:rsidR="00F31DAD" w:rsidRPr="00E90FF3" w:rsidRDefault="00000000" w:rsidP="003478A2">
      <w:pPr>
        <w:pStyle w:val="Heading1"/>
        <w:jc w:val="center"/>
        <w:rPr>
          <w:rFonts w:ascii="Cambria" w:hAnsi="Cambria"/>
          <w:color w:val="auto"/>
          <w:sz w:val="24"/>
          <w:szCs w:val="24"/>
          <w:lang w:val="ro-RO"/>
        </w:rPr>
      </w:pPr>
      <w:r w:rsidRPr="00E90FF3">
        <w:rPr>
          <w:rFonts w:ascii="Cambria" w:hAnsi="Cambria"/>
          <w:color w:val="auto"/>
          <w:sz w:val="24"/>
          <w:szCs w:val="24"/>
          <w:lang w:val="ro-RO"/>
        </w:rPr>
        <w:t>DECLARAȚIE PE PROPRIA RĂSPUNDERE</w:t>
      </w:r>
    </w:p>
    <w:p w14:paraId="3BF4A56B" w14:textId="77777777" w:rsidR="00F31DAD" w:rsidRPr="00E90FF3" w:rsidRDefault="00F31DAD">
      <w:pPr>
        <w:rPr>
          <w:rFonts w:ascii="Cambria" w:hAnsi="Cambria"/>
          <w:lang w:val="ro-RO"/>
        </w:rPr>
      </w:pPr>
    </w:p>
    <w:p w14:paraId="337ADC37" w14:textId="65CF0738" w:rsidR="00F31DAD" w:rsidRPr="00E90FF3" w:rsidRDefault="00000000" w:rsidP="00E90FF3">
      <w:pPr>
        <w:ind w:firstLine="720"/>
        <w:jc w:val="both"/>
        <w:rPr>
          <w:rFonts w:ascii="Cambria" w:hAnsi="Cambria"/>
          <w:lang w:val="ro-RO"/>
        </w:rPr>
      </w:pPr>
      <w:r w:rsidRPr="00E90FF3">
        <w:rPr>
          <w:rFonts w:ascii="Cambria" w:hAnsi="Cambria"/>
          <w:lang w:val="ro-RO"/>
        </w:rPr>
        <w:t>Subsemnatul(a), [</w:t>
      </w:r>
      <w:r w:rsidRPr="007B595E">
        <w:rPr>
          <w:rFonts w:ascii="Cambria" w:hAnsi="Cambria"/>
          <w:i/>
          <w:iCs/>
          <w:lang w:val="ro-RO"/>
        </w:rPr>
        <w:t>Nume și prenume</w:t>
      </w:r>
      <w:r w:rsidRPr="00E90FF3">
        <w:rPr>
          <w:rFonts w:ascii="Cambria" w:hAnsi="Cambria"/>
          <w:lang w:val="ro-RO"/>
        </w:rPr>
        <w:t>], identificat(ă) prin C.I. seria ___ nr. ___, eliberată de ___ la data de ___, în calitate de reprezentant legal al [</w:t>
      </w:r>
      <w:r w:rsidRPr="007B595E">
        <w:rPr>
          <w:rFonts w:ascii="Cambria" w:hAnsi="Cambria"/>
          <w:i/>
          <w:iCs/>
          <w:lang w:val="ro-RO"/>
        </w:rPr>
        <w:t>denumirea firmei</w:t>
      </w:r>
      <w:r w:rsidRPr="00E90FF3">
        <w:rPr>
          <w:rFonts w:ascii="Cambria" w:hAnsi="Cambria"/>
          <w:lang w:val="ro-RO"/>
        </w:rPr>
        <w:t xml:space="preserve">], cu sediul în ____________, înregistrată la O.N.R.C. sub nr. J____/____/_____, CUI ____________, </w:t>
      </w:r>
      <w:r w:rsidR="003478A2" w:rsidRPr="00E90FF3">
        <w:rPr>
          <w:rFonts w:ascii="Cambria" w:hAnsi="Cambria"/>
          <w:lang w:val="ro-RO"/>
        </w:rPr>
        <w:t>în calitate de Solicitant în cadrul apelului de proiecte _______________,</w:t>
      </w:r>
      <w:r w:rsidRPr="00E90FF3">
        <w:rPr>
          <w:rFonts w:ascii="Cambria" w:hAnsi="Cambria"/>
          <w:lang w:val="ro-RO"/>
        </w:rPr>
        <w:t xml:space="preserve"> </w:t>
      </w:r>
      <w:bookmarkStart w:id="0" w:name="_Hlk198979296"/>
      <w:r w:rsidR="003478A2" w:rsidRPr="00E90FF3">
        <w:rPr>
          <w:rFonts w:ascii="Cambria" w:hAnsi="Cambria"/>
          <w:lang w:val="ro-RO"/>
        </w:rPr>
        <w:t>din cadrul</w:t>
      </w:r>
      <w:r w:rsidRPr="00E90FF3">
        <w:rPr>
          <w:rFonts w:ascii="Cambria" w:hAnsi="Cambria"/>
          <w:lang w:val="ro-RO"/>
        </w:rPr>
        <w:t xml:space="preserve"> Intervenți</w:t>
      </w:r>
      <w:r w:rsidR="003478A2" w:rsidRPr="00E90FF3">
        <w:rPr>
          <w:rFonts w:ascii="Cambria" w:hAnsi="Cambria"/>
          <w:lang w:val="ro-RO"/>
        </w:rPr>
        <w:t>ei</w:t>
      </w:r>
      <w:r w:rsidR="00A205A6" w:rsidRPr="00E90FF3">
        <w:rPr>
          <w:rFonts w:ascii="Cambria" w:hAnsi="Cambria"/>
          <w:lang w:val="ro-RO"/>
        </w:rPr>
        <w:t xml:space="preserve"> </w:t>
      </w:r>
      <w:r w:rsidR="007B595E">
        <w:rPr>
          <w:rFonts w:ascii="Cambria" w:hAnsi="Cambria"/>
          <w:lang w:val="ro-RO"/>
        </w:rPr>
        <w:t>FEADR nr. 4</w:t>
      </w:r>
      <w:r w:rsidRPr="00E90FF3">
        <w:rPr>
          <w:rFonts w:ascii="Cambria" w:hAnsi="Cambria"/>
          <w:lang w:val="ro-RO"/>
        </w:rPr>
        <w:t xml:space="preserve"> „</w:t>
      </w:r>
      <w:r w:rsidR="007B595E" w:rsidRPr="00900D95">
        <w:rPr>
          <w:lang w:val="ro-RO"/>
        </w:rPr>
        <w:t>Inițiativă locală privată orientată pe nevoi locale</w:t>
      </w:r>
      <w:r w:rsidRPr="00E90FF3">
        <w:rPr>
          <w:rFonts w:ascii="Cambria" w:hAnsi="Cambria"/>
          <w:lang w:val="ro-RO"/>
        </w:rPr>
        <w:t>”,</w:t>
      </w:r>
      <w:bookmarkEnd w:id="0"/>
      <w:r w:rsidRPr="00E90FF3">
        <w:rPr>
          <w:rFonts w:ascii="Cambria" w:hAnsi="Cambria"/>
          <w:lang w:val="ro-RO"/>
        </w:rPr>
        <w:t xml:space="preserve"> declar pe propria răspundere, cunoscând prevederile art. 326 Cod Penal privind falsul în declarații, următoarele:</w:t>
      </w:r>
    </w:p>
    <w:p w14:paraId="33CC64CC" w14:textId="3DFF9EE2" w:rsidR="00B9032C" w:rsidRDefault="00B9032C" w:rsidP="00B9032C">
      <w:pPr>
        <w:pStyle w:val="ListParagraph"/>
        <w:numPr>
          <w:ilvl w:val="0"/>
          <w:numId w:val="10"/>
        </w:numPr>
        <w:spacing w:after="0" w:line="240" w:lineRule="auto"/>
        <w:ind w:left="360"/>
        <w:jc w:val="both"/>
        <w:rPr>
          <w:lang w:val="ro-RO"/>
        </w:rPr>
      </w:pPr>
      <w:r w:rsidRPr="00B9032C">
        <w:rPr>
          <w:rFonts w:ascii="Cambria" w:hAnsi="Cambria"/>
          <w:lang w:val="ro-RO"/>
        </w:rPr>
        <w:t>Mă angajez</w:t>
      </w:r>
      <w:r w:rsidR="003478A2" w:rsidRPr="00E90FF3">
        <w:rPr>
          <w:rFonts w:ascii="Cambria" w:hAnsi="Cambria"/>
          <w:lang w:val="ro-RO"/>
        </w:rPr>
        <w:t xml:space="preserve"> până la finalizarea implementării proiectului, cel târziu odată cu </w:t>
      </w:r>
      <w:r w:rsidRPr="00035D63">
        <w:rPr>
          <w:lang w:val="ro-RO"/>
        </w:rPr>
        <w:t xml:space="preserve">depunerea </w:t>
      </w:r>
      <w:r w:rsidR="003478A2" w:rsidRPr="00E90FF3">
        <w:rPr>
          <w:rFonts w:ascii="Cambria" w:hAnsi="Cambria"/>
          <w:lang w:val="ro-RO"/>
        </w:rPr>
        <w:t>cerer</w:t>
      </w:r>
      <w:r>
        <w:rPr>
          <w:rFonts w:ascii="Cambria" w:hAnsi="Cambria"/>
          <w:lang w:val="ro-RO"/>
        </w:rPr>
        <w:t>ii</w:t>
      </w:r>
      <w:r w:rsidR="00937D1B" w:rsidRPr="00E90FF3">
        <w:rPr>
          <w:rFonts w:ascii="Cambria" w:hAnsi="Cambria"/>
          <w:lang w:val="ro-RO"/>
        </w:rPr>
        <w:t xml:space="preserve"> </w:t>
      </w:r>
      <w:r w:rsidR="003478A2" w:rsidRPr="00E90FF3">
        <w:rPr>
          <w:rFonts w:ascii="Cambria" w:hAnsi="Cambria"/>
          <w:lang w:val="ro-RO"/>
        </w:rPr>
        <w:t xml:space="preserve">de plată </w:t>
      </w:r>
      <w:r w:rsidR="00937D1B" w:rsidRPr="00E90FF3">
        <w:rPr>
          <w:rFonts w:ascii="Cambria" w:hAnsi="Cambria"/>
          <w:lang w:val="ro-RO"/>
        </w:rPr>
        <w:t xml:space="preserve">tranșa </w:t>
      </w:r>
      <w:r w:rsidR="007B595E">
        <w:rPr>
          <w:rFonts w:ascii="Cambria" w:hAnsi="Cambria"/>
          <w:lang w:val="ro-RO"/>
        </w:rPr>
        <w:t>finală</w:t>
      </w:r>
      <w:r>
        <w:rPr>
          <w:rFonts w:ascii="Cambria" w:hAnsi="Cambria"/>
          <w:lang w:val="ro-RO"/>
        </w:rPr>
        <w:t>,</w:t>
      </w:r>
      <w:r w:rsidR="003478A2" w:rsidRPr="00E90FF3">
        <w:rPr>
          <w:rFonts w:ascii="Cambria" w:hAnsi="Cambria"/>
          <w:lang w:val="ro-RO"/>
        </w:rPr>
        <w:t xml:space="preserve"> </w:t>
      </w:r>
      <w:r w:rsidRPr="00035D63">
        <w:rPr>
          <w:lang w:val="ro-RO"/>
        </w:rPr>
        <w:t>să transmit către GAL Ștefan cel Mare un scurtmetraj de prezentare a proiectului și a impactului investiției la finalizarea acestuia, ținând cont de următoarele condiții:</w:t>
      </w:r>
    </w:p>
    <w:p w14:paraId="4343A74C" w14:textId="77777777" w:rsidR="00B9032C" w:rsidRDefault="00B9032C" w:rsidP="00B9032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Cambria" w:hAnsi="Cambria"/>
          <w:lang w:val="ro-RO"/>
        </w:rPr>
      </w:pPr>
      <w:r w:rsidRPr="00E90FF3">
        <w:rPr>
          <w:rFonts w:ascii="Cambria" w:hAnsi="Cambria"/>
          <w:lang w:val="ro-RO"/>
        </w:rPr>
        <w:t>Materialul video transmis reprezintă scurtmetrajul de prezentare a proiectului implementat</w:t>
      </w:r>
      <w:r>
        <w:rPr>
          <w:rFonts w:ascii="Cambria" w:hAnsi="Cambria"/>
          <w:lang w:val="ro-RO"/>
        </w:rPr>
        <w:t xml:space="preserve"> și va respecta următoarele specificații:</w:t>
      </w:r>
    </w:p>
    <w:p w14:paraId="1575E980" w14:textId="77777777" w:rsidR="00B9032C" w:rsidRDefault="00B9032C" w:rsidP="00B9032C">
      <w:pPr>
        <w:pStyle w:val="ListParagraph"/>
        <w:numPr>
          <w:ilvl w:val="0"/>
          <w:numId w:val="13"/>
        </w:numPr>
        <w:spacing w:after="0" w:line="240" w:lineRule="auto"/>
        <w:ind w:left="990" w:hanging="180"/>
        <w:jc w:val="both"/>
        <w:rPr>
          <w:rFonts w:ascii="Cambria" w:hAnsi="Cambria"/>
          <w:lang w:val="ro-RO"/>
        </w:rPr>
      </w:pPr>
      <w:r w:rsidRPr="004A27A2">
        <w:rPr>
          <w:rFonts w:ascii="Cambria" w:hAnsi="Cambria"/>
          <w:lang w:val="ro-RO"/>
        </w:rPr>
        <w:t>durată va fi de minimă de 2 minute și maximă de 5 minute;</w:t>
      </w:r>
    </w:p>
    <w:p w14:paraId="678B93A3" w14:textId="77777777" w:rsidR="00B9032C" w:rsidRDefault="00B9032C" w:rsidP="00B9032C">
      <w:pPr>
        <w:pStyle w:val="ListParagraph"/>
        <w:numPr>
          <w:ilvl w:val="0"/>
          <w:numId w:val="13"/>
        </w:numPr>
        <w:spacing w:after="0" w:line="240" w:lineRule="auto"/>
        <w:ind w:left="990" w:hanging="180"/>
        <w:jc w:val="both"/>
        <w:rPr>
          <w:rFonts w:ascii="Cambria" w:hAnsi="Cambria"/>
          <w:lang w:val="ro-RO"/>
        </w:rPr>
      </w:pPr>
      <w:r w:rsidRPr="004A27A2">
        <w:rPr>
          <w:rFonts w:ascii="Cambria" w:hAnsi="Cambria"/>
          <w:lang w:val="ro-RO"/>
        </w:rPr>
        <w:t>va conține imagini / video reale cu activitatea/produsul/serviciul rezultat în urma implementării;</w:t>
      </w:r>
    </w:p>
    <w:p w14:paraId="70ABC0A2" w14:textId="77777777" w:rsidR="00B9032C" w:rsidRDefault="00B9032C" w:rsidP="00B9032C">
      <w:pPr>
        <w:pStyle w:val="ListParagraph"/>
        <w:numPr>
          <w:ilvl w:val="0"/>
          <w:numId w:val="13"/>
        </w:numPr>
        <w:spacing w:after="0" w:line="240" w:lineRule="auto"/>
        <w:ind w:left="990" w:hanging="180"/>
        <w:jc w:val="both"/>
        <w:rPr>
          <w:rFonts w:ascii="Cambria" w:hAnsi="Cambria"/>
          <w:lang w:val="ro-RO"/>
        </w:rPr>
      </w:pPr>
      <w:r w:rsidRPr="004A27A2">
        <w:rPr>
          <w:rFonts w:ascii="Cambria" w:hAnsi="Cambria"/>
          <w:lang w:val="ro-RO"/>
        </w:rPr>
        <w:t>va include o voce narativă sau subtitrări care explică scopul și rezultatele proiectului;</w:t>
      </w:r>
    </w:p>
    <w:p w14:paraId="080A00B0" w14:textId="77777777" w:rsidR="00B9032C" w:rsidRDefault="00B9032C" w:rsidP="00B9032C">
      <w:pPr>
        <w:pStyle w:val="ListParagraph"/>
        <w:numPr>
          <w:ilvl w:val="0"/>
          <w:numId w:val="13"/>
        </w:numPr>
        <w:spacing w:after="0" w:line="240" w:lineRule="auto"/>
        <w:ind w:left="990" w:hanging="180"/>
        <w:jc w:val="both"/>
        <w:rPr>
          <w:rFonts w:ascii="Cambria" w:hAnsi="Cambria"/>
          <w:lang w:val="ro-RO"/>
        </w:rPr>
      </w:pPr>
      <w:r w:rsidRPr="004A27A2">
        <w:rPr>
          <w:rFonts w:ascii="Cambria" w:hAnsi="Cambria"/>
          <w:lang w:val="ro-RO"/>
        </w:rPr>
        <w:t>va menționa sprijinul financiar acordat prin GAL Ștefan cel Mare și finanțarea din FEADR;</w:t>
      </w:r>
    </w:p>
    <w:p w14:paraId="02C920E8" w14:textId="77777777" w:rsidR="00B9032C" w:rsidRDefault="00B9032C" w:rsidP="00B9032C">
      <w:pPr>
        <w:pStyle w:val="ListParagraph"/>
        <w:numPr>
          <w:ilvl w:val="0"/>
          <w:numId w:val="13"/>
        </w:numPr>
        <w:spacing w:after="0" w:line="240" w:lineRule="auto"/>
        <w:ind w:left="990" w:hanging="180"/>
        <w:jc w:val="both"/>
        <w:rPr>
          <w:rFonts w:ascii="Cambria" w:hAnsi="Cambria"/>
          <w:lang w:val="ro-RO"/>
        </w:rPr>
      </w:pPr>
      <w:r w:rsidRPr="004A27A2">
        <w:rPr>
          <w:rFonts w:ascii="Cambria" w:hAnsi="Cambria"/>
          <w:lang w:val="ro-RO"/>
        </w:rPr>
        <w:t>va respecta standardele de calitate (video minim HD, sunet clar, format .mp4 sau .mov).</w:t>
      </w:r>
    </w:p>
    <w:p w14:paraId="790003E6" w14:textId="77777777" w:rsidR="00B9032C" w:rsidRPr="00AC30DE" w:rsidRDefault="00B9032C" w:rsidP="00B9032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Cambria" w:hAnsi="Cambria"/>
          <w:lang w:val="ro-RO"/>
        </w:rPr>
      </w:pPr>
      <w:r w:rsidRPr="00AC30DE">
        <w:rPr>
          <w:color w:val="000000" w:themeColor="text1"/>
          <w:lang w:val="ro-RO"/>
        </w:rPr>
        <w:t>Conținutul reflectă în mod fidel obiectivele inițiale ale proiectului, activitățile desfășurate și rezultatele obținute, impactul investiției pentru beneficiar și valoarea adăugată pentru  comunitate, promovarea valorilor locale și a teritoriului GAL Ștefan cel Mare.</w:t>
      </w:r>
    </w:p>
    <w:p w14:paraId="10A2816D" w14:textId="77777777" w:rsidR="00B9032C" w:rsidRPr="00AC30DE" w:rsidRDefault="00B9032C" w:rsidP="00B9032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Cambria" w:hAnsi="Cambria"/>
          <w:lang w:val="ro-RO"/>
        </w:rPr>
      </w:pPr>
      <w:r w:rsidRPr="00AC30DE">
        <w:rPr>
          <w:color w:val="000000" w:themeColor="text1"/>
          <w:lang w:val="ro-RO"/>
        </w:rPr>
        <w:t>Scurtmetrajul va fi realizat în scop non-comercial și respectă toate drepturile de autor aplicabile (muzică, imagini, logo-uri etc.).</w:t>
      </w:r>
    </w:p>
    <w:p w14:paraId="454BE82C" w14:textId="77777777" w:rsidR="00B9032C" w:rsidRPr="00035D63" w:rsidRDefault="00B9032C" w:rsidP="00B9032C">
      <w:pPr>
        <w:spacing w:after="0" w:line="240" w:lineRule="auto"/>
        <w:jc w:val="both"/>
        <w:rPr>
          <w:lang w:val="ro-RO"/>
        </w:rPr>
      </w:pPr>
    </w:p>
    <w:p w14:paraId="0C16B4F5" w14:textId="77777777" w:rsidR="00B9032C" w:rsidRPr="00035D63" w:rsidRDefault="00B9032C" w:rsidP="00B9032C">
      <w:pPr>
        <w:spacing w:after="0" w:line="240" w:lineRule="auto"/>
        <w:jc w:val="both"/>
        <w:rPr>
          <w:lang w:val="ro-RO"/>
        </w:rPr>
      </w:pPr>
      <w:r w:rsidRPr="00035D63">
        <w:rPr>
          <w:lang w:val="ro-RO"/>
        </w:rPr>
        <w:t>b) Îmi exprim acordul cu privire la utilizarea scurtmetrajului de către Asociația Grupul de Acțiune Locală Ștefan cel Mare, în calitate de beneficiar,  pentru următoarele scopuri:</w:t>
      </w:r>
    </w:p>
    <w:p w14:paraId="5E28CDBB" w14:textId="77777777" w:rsidR="00B9032C" w:rsidRPr="00035D63" w:rsidRDefault="00B9032C" w:rsidP="00B9032C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lang w:val="ro-RO"/>
        </w:rPr>
      </w:pPr>
      <w:r w:rsidRPr="00035D63">
        <w:rPr>
          <w:lang w:val="ro-RO"/>
        </w:rPr>
        <w:t xml:space="preserve">Promovare în cadrul rețelelor de socializare: Facebook, Youtube; site-ul Asociației; </w:t>
      </w:r>
    </w:p>
    <w:p w14:paraId="5E6957A6" w14:textId="77777777" w:rsidR="00B9032C" w:rsidRPr="00035D63" w:rsidRDefault="00B9032C" w:rsidP="00B9032C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lang w:val="ro-RO"/>
        </w:rPr>
      </w:pPr>
      <w:r w:rsidRPr="00035D63">
        <w:rPr>
          <w:lang w:val="ro-RO"/>
        </w:rPr>
        <w:t xml:space="preserve">Distribuirea către </w:t>
      </w:r>
      <w:r>
        <w:rPr>
          <w:lang w:val="ro-RO"/>
        </w:rPr>
        <w:t xml:space="preserve">Autoritatea de Managament, </w:t>
      </w:r>
      <w:r w:rsidRPr="00035D63">
        <w:rPr>
          <w:lang w:val="ro-RO"/>
        </w:rPr>
        <w:t>publicul larg în vederea promovării proiectelor implementate</w:t>
      </w:r>
      <w:r>
        <w:rPr>
          <w:lang w:val="ro-RO"/>
        </w:rPr>
        <w:t>, informare și promovare a PS</w:t>
      </w:r>
      <w:r w:rsidRPr="00035D63">
        <w:rPr>
          <w:lang w:val="ro-RO"/>
        </w:rPr>
        <w:t>;</w:t>
      </w:r>
    </w:p>
    <w:p w14:paraId="0A54578C" w14:textId="77777777" w:rsidR="00B9032C" w:rsidRPr="00E603B4" w:rsidRDefault="00B9032C" w:rsidP="00B9032C">
      <w:pPr>
        <w:pStyle w:val="ListParagraph"/>
        <w:numPr>
          <w:ilvl w:val="0"/>
          <w:numId w:val="11"/>
        </w:numPr>
        <w:jc w:val="both"/>
        <w:rPr>
          <w:lang w:val="ro-RO"/>
        </w:rPr>
      </w:pPr>
      <w:r w:rsidRPr="00E603B4">
        <w:rPr>
          <w:lang w:val="ro-RO"/>
        </w:rPr>
        <w:t xml:space="preserve">Transmiterea de către beneficiar a imaginilor către terți în scopul exclusiv de realizare de materiale publicitare și/sau presa scrisă în vederea promovării </w:t>
      </w:r>
      <w:r>
        <w:rPr>
          <w:lang w:val="ro-RO"/>
        </w:rPr>
        <w:t>implementării SDL.</w:t>
      </w:r>
    </w:p>
    <w:p w14:paraId="4880ADAB" w14:textId="6438FE53" w:rsidR="00930443" w:rsidRPr="00364E24" w:rsidRDefault="00000000" w:rsidP="00930443">
      <w:pPr>
        <w:ind w:right="-279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E90FF3">
        <w:rPr>
          <w:rFonts w:ascii="Cambria" w:hAnsi="Cambria"/>
          <w:lang w:val="ro-RO"/>
        </w:rPr>
        <w:br/>
      </w:r>
      <w:r w:rsidR="00930443" w:rsidRPr="00364E24">
        <w:rPr>
          <w:rFonts w:ascii="Cambria" w:hAnsi="Cambria" w:cs="Times New Roman"/>
          <w:sz w:val="24"/>
          <w:szCs w:val="24"/>
          <w:lang w:val="ro-RO"/>
        </w:rPr>
        <w:t>Prezenta declarație este dată astăzi, _______________, pentru a fi anexată documentației de proiect</w:t>
      </w:r>
      <w:r w:rsidR="00930443">
        <w:rPr>
          <w:rFonts w:ascii="Cambria" w:hAnsi="Cambria" w:cs="Times New Roman"/>
          <w:sz w:val="24"/>
          <w:szCs w:val="24"/>
          <w:lang w:val="ro-RO"/>
        </w:rPr>
        <w:t xml:space="preserve"> și a susține îndeplinirea criteriului de eligibilitate EG </w:t>
      </w:r>
      <w:r w:rsidR="00930443">
        <w:rPr>
          <w:rFonts w:ascii="Cambria" w:hAnsi="Cambria" w:cs="Times New Roman"/>
          <w:sz w:val="24"/>
          <w:szCs w:val="24"/>
          <w:lang w:val="ro-RO"/>
        </w:rPr>
        <w:t xml:space="preserve">11 Comun </w:t>
      </w:r>
    </w:p>
    <w:p w14:paraId="40564043" w14:textId="0B9341BB" w:rsidR="00F31DAD" w:rsidRPr="00E90FF3" w:rsidRDefault="00000000" w:rsidP="00930443">
      <w:pPr>
        <w:spacing w:after="0"/>
        <w:ind w:firstLine="720"/>
        <w:jc w:val="both"/>
        <w:rPr>
          <w:rFonts w:ascii="Cambria" w:hAnsi="Cambria"/>
          <w:lang w:val="ro-RO"/>
        </w:rPr>
      </w:pPr>
      <w:r w:rsidRPr="00E90FF3">
        <w:rPr>
          <w:rFonts w:ascii="Cambria" w:hAnsi="Cambria"/>
          <w:lang w:val="ro-RO"/>
        </w:rPr>
        <w:t>Nume și prenume: _______________</w:t>
      </w:r>
    </w:p>
    <w:p w14:paraId="3594B4F1" w14:textId="706E8FA1" w:rsidR="00F31DAD" w:rsidRDefault="00000000" w:rsidP="00B9032C">
      <w:pPr>
        <w:spacing w:after="0"/>
        <w:rPr>
          <w:rFonts w:ascii="Cambria" w:hAnsi="Cambria"/>
          <w:lang w:val="ro-RO"/>
        </w:rPr>
      </w:pPr>
      <w:r w:rsidRPr="00E90FF3">
        <w:rPr>
          <w:rFonts w:ascii="Cambria" w:hAnsi="Cambria"/>
          <w:lang w:val="ro-RO"/>
        </w:rPr>
        <w:lastRenderedPageBreak/>
        <w:t>Funcția: _______________</w:t>
      </w:r>
    </w:p>
    <w:p w14:paraId="3A91C2BD" w14:textId="6937917A" w:rsidR="000508D0" w:rsidRPr="00E90FF3" w:rsidRDefault="000508D0" w:rsidP="00B9032C">
      <w:pPr>
        <w:spacing w:after="0"/>
        <w:rPr>
          <w:rFonts w:ascii="Cambria" w:hAnsi="Cambria"/>
          <w:lang w:val="ro-RO"/>
        </w:rPr>
      </w:pPr>
      <w:r w:rsidRPr="00E90FF3">
        <w:rPr>
          <w:rFonts w:ascii="Cambria" w:hAnsi="Cambria"/>
          <w:lang w:val="ro-RO"/>
        </w:rPr>
        <w:t>Semnătura: _______________</w:t>
      </w:r>
    </w:p>
    <w:sectPr w:rsidR="000508D0" w:rsidRPr="00E90FF3" w:rsidSect="00E420EB">
      <w:headerReference w:type="default" r:id="rId8"/>
      <w:pgSz w:w="12240" w:h="15840"/>
      <w:pgMar w:top="1881" w:right="1797" w:bottom="1440" w:left="1151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A478C" w14:textId="77777777" w:rsidR="00765E3D" w:rsidRDefault="00765E3D" w:rsidP="00E90FF3">
      <w:pPr>
        <w:spacing w:after="0" w:line="240" w:lineRule="auto"/>
      </w:pPr>
      <w:r>
        <w:separator/>
      </w:r>
    </w:p>
  </w:endnote>
  <w:endnote w:type="continuationSeparator" w:id="0">
    <w:p w14:paraId="27117F9C" w14:textId="77777777" w:rsidR="00765E3D" w:rsidRDefault="00765E3D" w:rsidP="00E90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FE49C" w14:textId="77777777" w:rsidR="00765E3D" w:rsidRDefault="00765E3D" w:rsidP="00E90FF3">
      <w:pPr>
        <w:spacing w:after="0" w:line="240" w:lineRule="auto"/>
      </w:pPr>
      <w:r>
        <w:separator/>
      </w:r>
    </w:p>
  </w:footnote>
  <w:footnote w:type="continuationSeparator" w:id="0">
    <w:p w14:paraId="3AF7BF10" w14:textId="77777777" w:rsidR="00765E3D" w:rsidRDefault="00765E3D" w:rsidP="00E90F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C3BF3" w14:textId="1DF7CF8A" w:rsidR="00E90FF3" w:rsidRDefault="00E420E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0CC1492" wp14:editId="596C1346">
          <wp:simplePos x="0" y="0"/>
          <wp:positionH relativeFrom="column">
            <wp:posOffset>4767580</wp:posOffset>
          </wp:positionH>
          <wp:positionV relativeFrom="paragraph">
            <wp:posOffset>599440</wp:posOffset>
          </wp:positionV>
          <wp:extent cx="1054100" cy="425450"/>
          <wp:effectExtent l="0" t="0" r="0" b="0"/>
          <wp:wrapNone/>
          <wp:docPr id="166482095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1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90FF3">
      <w:rPr>
        <w:noProof/>
      </w:rPr>
      <w:drawing>
        <wp:inline distT="0" distB="0" distL="0" distR="0" wp14:anchorId="1B5C5692" wp14:editId="4071EF70">
          <wp:extent cx="5821680" cy="600573"/>
          <wp:effectExtent l="0" t="0" r="0" b="9525"/>
          <wp:docPr id="6188395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1939" cy="603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4E17B0" w14:textId="6F760702" w:rsidR="00E420EB" w:rsidRDefault="00E420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0703B01"/>
    <w:multiLevelType w:val="hybridMultilevel"/>
    <w:tmpl w:val="B29C877C"/>
    <w:lvl w:ilvl="0" w:tplc="460E1D30">
      <w:start w:val="3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46D1AFF"/>
    <w:multiLevelType w:val="hybridMultilevel"/>
    <w:tmpl w:val="BC64D5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4BA4E1A"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E7252"/>
    <w:multiLevelType w:val="hybridMultilevel"/>
    <w:tmpl w:val="CD6AEF16"/>
    <w:lvl w:ilvl="0" w:tplc="7CD0AEE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C513A2"/>
    <w:multiLevelType w:val="hybridMultilevel"/>
    <w:tmpl w:val="D84A2C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535645">
    <w:abstractNumId w:val="8"/>
  </w:num>
  <w:num w:numId="2" w16cid:durableId="2078085354">
    <w:abstractNumId w:val="6"/>
  </w:num>
  <w:num w:numId="3" w16cid:durableId="174539975">
    <w:abstractNumId w:val="5"/>
  </w:num>
  <w:num w:numId="4" w16cid:durableId="1697383171">
    <w:abstractNumId w:val="4"/>
  </w:num>
  <w:num w:numId="5" w16cid:durableId="148909805">
    <w:abstractNumId w:val="7"/>
  </w:num>
  <w:num w:numId="6" w16cid:durableId="1967276728">
    <w:abstractNumId w:val="3"/>
  </w:num>
  <w:num w:numId="7" w16cid:durableId="2144888397">
    <w:abstractNumId w:val="2"/>
  </w:num>
  <w:num w:numId="8" w16cid:durableId="657462512">
    <w:abstractNumId w:val="1"/>
  </w:num>
  <w:num w:numId="9" w16cid:durableId="727612601">
    <w:abstractNumId w:val="0"/>
  </w:num>
  <w:num w:numId="10" w16cid:durableId="710567840">
    <w:abstractNumId w:val="10"/>
  </w:num>
  <w:num w:numId="11" w16cid:durableId="998734738">
    <w:abstractNumId w:val="12"/>
  </w:num>
  <w:num w:numId="12" w16cid:durableId="120803171">
    <w:abstractNumId w:val="11"/>
  </w:num>
  <w:num w:numId="13" w16cid:durableId="9379787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08D0"/>
    <w:rsid w:val="0006063C"/>
    <w:rsid w:val="00071DBA"/>
    <w:rsid w:val="00077214"/>
    <w:rsid w:val="000A7C08"/>
    <w:rsid w:val="0015074B"/>
    <w:rsid w:val="002708B9"/>
    <w:rsid w:val="0029639D"/>
    <w:rsid w:val="002F4AE5"/>
    <w:rsid w:val="00326F90"/>
    <w:rsid w:val="003478A2"/>
    <w:rsid w:val="005A7EEF"/>
    <w:rsid w:val="00765E3D"/>
    <w:rsid w:val="007B595E"/>
    <w:rsid w:val="00865936"/>
    <w:rsid w:val="00884343"/>
    <w:rsid w:val="008F5B01"/>
    <w:rsid w:val="00930443"/>
    <w:rsid w:val="00937D1B"/>
    <w:rsid w:val="0098106C"/>
    <w:rsid w:val="009D3F66"/>
    <w:rsid w:val="00A205A6"/>
    <w:rsid w:val="00A6752D"/>
    <w:rsid w:val="00A76F2A"/>
    <w:rsid w:val="00AA1D8D"/>
    <w:rsid w:val="00B47730"/>
    <w:rsid w:val="00B9032C"/>
    <w:rsid w:val="00CB0664"/>
    <w:rsid w:val="00D0685E"/>
    <w:rsid w:val="00DC6412"/>
    <w:rsid w:val="00E02F7C"/>
    <w:rsid w:val="00E15B29"/>
    <w:rsid w:val="00E420EB"/>
    <w:rsid w:val="00E90FF3"/>
    <w:rsid w:val="00F31DAD"/>
    <w:rsid w:val="00F634D5"/>
    <w:rsid w:val="00FA761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4D34B3"/>
  <w14:defaultImageDpi w14:val="300"/>
  <w15:docId w15:val="{8E36FB5C-7259-490E-875D-CA320825C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393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Gal Grup</cp:lastModifiedBy>
  <cp:revision>12</cp:revision>
  <dcterms:created xsi:type="dcterms:W3CDTF">2013-12-23T23:15:00Z</dcterms:created>
  <dcterms:modified xsi:type="dcterms:W3CDTF">2025-10-17T11:20:00Z</dcterms:modified>
  <cp:category/>
</cp:coreProperties>
</file>