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A3C46" w14:textId="4975B2F5" w:rsidR="00E26B6C" w:rsidRPr="00900D95" w:rsidRDefault="003704C2" w:rsidP="00E26B6C">
      <w:pPr>
        <w:pStyle w:val="Heading1"/>
        <w:jc w:val="right"/>
        <w:rPr>
          <w:rFonts w:asciiTheme="minorHAnsi" w:hAnsiTheme="minorHAnsi"/>
          <w:color w:val="auto"/>
          <w:sz w:val="24"/>
          <w:szCs w:val="24"/>
          <w:lang w:val="ro-RO"/>
        </w:rPr>
      </w:pPr>
      <w:r w:rsidRPr="00900D95">
        <w:rPr>
          <w:rFonts w:asciiTheme="minorHAnsi" w:hAnsiTheme="minorHAnsi"/>
          <w:color w:val="auto"/>
          <w:sz w:val="24"/>
          <w:szCs w:val="24"/>
          <w:lang w:val="ro-RO"/>
        </w:rPr>
        <w:t>Anexa</w:t>
      </w:r>
      <w:r w:rsidR="00E26B6C" w:rsidRPr="00900D95">
        <w:rPr>
          <w:rFonts w:asciiTheme="minorHAnsi" w:hAnsiTheme="minorHAnsi"/>
          <w:color w:val="auto"/>
          <w:sz w:val="24"/>
          <w:szCs w:val="24"/>
          <w:lang w:val="ro-RO"/>
        </w:rPr>
        <w:t xml:space="preserve"> nr. </w:t>
      </w:r>
      <w:r w:rsidRPr="00900D95">
        <w:rPr>
          <w:rFonts w:asciiTheme="minorHAnsi" w:hAnsiTheme="minorHAnsi"/>
          <w:color w:val="auto"/>
          <w:sz w:val="24"/>
          <w:szCs w:val="24"/>
          <w:lang w:val="ro-RO"/>
        </w:rPr>
        <w:t>7.4</w:t>
      </w:r>
      <w:r w:rsidR="00E26B6C" w:rsidRPr="00900D95">
        <w:rPr>
          <w:rFonts w:asciiTheme="minorHAnsi" w:hAnsiTheme="minorHAnsi"/>
          <w:color w:val="auto"/>
          <w:sz w:val="24"/>
          <w:szCs w:val="24"/>
          <w:lang w:val="ro-RO"/>
        </w:rPr>
        <w:t xml:space="preserve"> </w:t>
      </w:r>
    </w:p>
    <w:p w14:paraId="2DC70875" w14:textId="20AE5C5D" w:rsidR="00D256D1" w:rsidRPr="00900D95" w:rsidRDefault="00000000" w:rsidP="00E26B6C">
      <w:pPr>
        <w:pStyle w:val="Heading1"/>
        <w:ind w:left="-567"/>
        <w:jc w:val="center"/>
        <w:rPr>
          <w:rFonts w:asciiTheme="minorHAnsi" w:hAnsiTheme="minorHAnsi"/>
          <w:color w:val="auto"/>
          <w:lang w:val="ro-RO"/>
        </w:rPr>
      </w:pPr>
      <w:r w:rsidRPr="00900D95">
        <w:rPr>
          <w:rFonts w:asciiTheme="minorHAnsi" w:hAnsiTheme="minorHAnsi"/>
          <w:color w:val="auto"/>
          <w:lang w:val="ro-RO"/>
        </w:rPr>
        <w:t>DECLARAȚIE PE PROPRIA RĂSPUNDERE</w:t>
      </w:r>
    </w:p>
    <w:p w14:paraId="365A1613" w14:textId="77777777" w:rsidR="00E26B6C" w:rsidRPr="00900D95" w:rsidRDefault="00E26B6C" w:rsidP="00E26B6C">
      <w:pPr>
        <w:rPr>
          <w:lang w:val="ro-RO"/>
        </w:rPr>
      </w:pPr>
    </w:p>
    <w:p w14:paraId="4EC0A777" w14:textId="5C288F3C" w:rsidR="00D256D1" w:rsidRPr="00900D95" w:rsidRDefault="00000000" w:rsidP="00E26B6C">
      <w:pPr>
        <w:ind w:left="-567" w:firstLine="1287"/>
        <w:jc w:val="both"/>
        <w:rPr>
          <w:lang w:val="ro-RO"/>
        </w:rPr>
      </w:pPr>
      <w:r w:rsidRPr="00900D95">
        <w:rPr>
          <w:lang w:val="ro-RO"/>
        </w:rPr>
        <w:t>Subsemnatul/Subsemnata, [</w:t>
      </w:r>
      <w:r w:rsidRPr="00900D95">
        <w:rPr>
          <w:i/>
          <w:iCs/>
          <w:lang w:val="ro-RO"/>
        </w:rPr>
        <w:t>Nume și prenume</w:t>
      </w:r>
      <w:r w:rsidRPr="00900D95">
        <w:rPr>
          <w:lang w:val="ro-RO"/>
        </w:rPr>
        <w:t>], în calitate de [</w:t>
      </w:r>
      <w:r w:rsidRPr="00900D95">
        <w:rPr>
          <w:i/>
          <w:iCs/>
          <w:lang w:val="ro-RO"/>
        </w:rPr>
        <w:t>calitatea în cadrul întreprinderii – ex. administrator/asociat unic/titular II/PFA</w:t>
      </w:r>
      <w:r w:rsidRPr="00900D95">
        <w:rPr>
          <w:lang w:val="ro-RO"/>
        </w:rPr>
        <w:t>] al [</w:t>
      </w:r>
      <w:r w:rsidRPr="00900D95">
        <w:rPr>
          <w:i/>
          <w:iCs/>
          <w:lang w:val="ro-RO"/>
        </w:rPr>
        <w:t>Denumirea completă a solicitantului</w:t>
      </w:r>
      <w:r w:rsidRPr="00900D95">
        <w:rPr>
          <w:lang w:val="ro-RO"/>
        </w:rPr>
        <w:t>], cu sediul social în [</w:t>
      </w:r>
      <w:r w:rsidRPr="00900D95">
        <w:rPr>
          <w:i/>
          <w:iCs/>
          <w:lang w:val="ro-RO"/>
        </w:rPr>
        <w:t>adresa completă</w:t>
      </w:r>
      <w:r w:rsidRPr="00900D95">
        <w:rPr>
          <w:lang w:val="ro-RO"/>
        </w:rPr>
        <w:t>], înregistrat(ă) la Oficiul Registrului Comerțului sub nr. [</w:t>
      </w:r>
      <w:r w:rsidR="00111CC5" w:rsidRPr="00900D95">
        <w:rPr>
          <w:lang w:val="ro-RO"/>
        </w:rPr>
        <w:t>….</w:t>
      </w:r>
      <w:r w:rsidRPr="00900D95">
        <w:rPr>
          <w:lang w:val="ro-RO"/>
        </w:rPr>
        <w:t>/…/…], CUI/CIF […],</w:t>
      </w:r>
      <w:r w:rsidR="00E26B6C" w:rsidRPr="00900D95">
        <w:rPr>
          <w:lang w:val="ro-RO"/>
        </w:rPr>
        <w:t xml:space="preserve"> </w:t>
      </w:r>
      <w:r w:rsidRPr="00900D95">
        <w:rPr>
          <w:lang w:val="ro-RO"/>
        </w:rPr>
        <w:t>având în vedere participarea la selecția de proiecte în cadrul Intervenției</w:t>
      </w:r>
      <w:r w:rsidR="003704C2" w:rsidRPr="00900D95">
        <w:rPr>
          <w:lang w:val="ro-RO"/>
        </w:rPr>
        <w:t xml:space="preserve"> FEADR nr.</w:t>
      </w:r>
      <w:r w:rsidRPr="00900D95">
        <w:rPr>
          <w:lang w:val="ro-RO"/>
        </w:rPr>
        <w:t xml:space="preserve"> </w:t>
      </w:r>
      <w:r w:rsidR="003704C2" w:rsidRPr="00900D95">
        <w:rPr>
          <w:lang w:val="ro-RO"/>
        </w:rPr>
        <w:t>4</w:t>
      </w:r>
      <w:r w:rsidRPr="00900D95">
        <w:rPr>
          <w:lang w:val="ro-RO"/>
        </w:rPr>
        <w:t xml:space="preserve"> – </w:t>
      </w:r>
      <w:r w:rsidR="003704C2" w:rsidRPr="00900D95">
        <w:rPr>
          <w:lang w:val="ro-RO"/>
        </w:rPr>
        <w:t>„Inițiativă locală privată orientată pe nevoi locale”</w:t>
      </w:r>
    </w:p>
    <w:p w14:paraId="4FE55041" w14:textId="147CAF63" w:rsidR="00D256D1" w:rsidRPr="00900D95" w:rsidRDefault="00E26B6C" w:rsidP="00E26B6C">
      <w:pPr>
        <w:ind w:left="-567"/>
        <w:jc w:val="both"/>
        <w:rPr>
          <w:b/>
          <w:bCs/>
          <w:lang w:val="ro-RO"/>
        </w:rPr>
      </w:pPr>
      <w:r w:rsidRPr="00900D95">
        <w:rPr>
          <w:b/>
          <w:bCs/>
          <w:lang w:val="ro-RO"/>
        </w:rPr>
        <w:t>Declar pe propria răspundere că:</w:t>
      </w:r>
    </w:p>
    <w:p w14:paraId="2B44A727" w14:textId="2E9895AE" w:rsidR="00D256D1" w:rsidRPr="00900D95" w:rsidRDefault="00000000" w:rsidP="00E26B6C">
      <w:pPr>
        <w:ind w:left="-567"/>
        <w:jc w:val="both"/>
        <w:rPr>
          <w:lang w:val="ro-RO"/>
        </w:rPr>
      </w:pPr>
      <w:r w:rsidRPr="00900D95">
        <w:rPr>
          <w:lang w:val="ro-RO"/>
        </w:rPr>
        <w:t>1. Îmi exprim acordul ferm și necondiționat pentru includerea denumirii întreprinderii, a produselor și/sau serviciilor dezvoltate prin proiectul finanțat, în cataloage de promovare, broșuri, platforme online sau alte forme de promovare fizică și/sau digitală realizate de GAL Ștefan cel Mare, în cadrul altor măsuri, proiecte sau inițiative de promovare locală</w:t>
      </w:r>
      <w:r w:rsidR="003325B7" w:rsidRPr="00900D95">
        <w:rPr>
          <w:lang w:val="ro-RO"/>
        </w:rPr>
        <w:t xml:space="preserve"> în perioada de implementare, monitorizare și finalizare a proiectului</w:t>
      </w:r>
      <w:r w:rsidR="005C6818" w:rsidRPr="00900D95">
        <w:rPr>
          <w:lang w:val="ro-RO"/>
        </w:rPr>
        <w:t>;</w:t>
      </w:r>
    </w:p>
    <w:p w14:paraId="03CD5F55" w14:textId="77777777" w:rsidR="00D256D1" w:rsidRPr="00900D95" w:rsidRDefault="00000000" w:rsidP="00E26B6C">
      <w:pPr>
        <w:ind w:left="-567"/>
        <w:jc w:val="both"/>
        <w:rPr>
          <w:lang w:val="ro-RO"/>
        </w:rPr>
      </w:pPr>
      <w:r w:rsidRPr="00900D95">
        <w:rPr>
          <w:lang w:val="ro-RO"/>
        </w:rPr>
        <w:t>2. Sunt de acord cu utilizarea în acest scop a denumirii întreprinderii, a produselor și/sau serviciilor realizate prin proiect, precum și a materialelor foto/video, logo-ului, descrierii activităților și datelor de contact ale întreprinderii, furnizate către GAL;</w:t>
      </w:r>
    </w:p>
    <w:p w14:paraId="78CF0363" w14:textId="77777777" w:rsidR="00D256D1" w:rsidRPr="00900D95" w:rsidRDefault="00000000" w:rsidP="00E26B6C">
      <w:pPr>
        <w:ind w:left="-567"/>
        <w:jc w:val="both"/>
        <w:rPr>
          <w:lang w:val="ro-RO"/>
        </w:rPr>
      </w:pPr>
      <w:r w:rsidRPr="00900D95">
        <w:rPr>
          <w:lang w:val="ro-RO"/>
        </w:rPr>
        <w:t>3. Înțeleg că această promovare este destinată sprijinirii vizibilității întreprinderii și nu presupune costuri suplimentare pentru beneficiar;</w:t>
      </w:r>
    </w:p>
    <w:p w14:paraId="38C1E00E" w14:textId="2C7DC543" w:rsidR="00D256D1" w:rsidRPr="00903EC2" w:rsidRDefault="00000000" w:rsidP="00E26B6C">
      <w:pPr>
        <w:ind w:left="-567"/>
        <w:jc w:val="both"/>
        <w:rPr>
          <w:lang w:val="ro-RO"/>
        </w:rPr>
      </w:pPr>
      <w:r w:rsidRPr="00900D95">
        <w:rPr>
          <w:lang w:val="ro-RO"/>
        </w:rPr>
        <w:t xml:space="preserve">Prezenta declarație este dată în conformitate cu prevederile fișei intervenției și a Ghidului solicitantului și va face parte integrantă din dosarul de </w:t>
      </w:r>
      <w:r w:rsidR="001D1BE1" w:rsidRPr="00900D95">
        <w:rPr>
          <w:lang w:val="ro-RO"/>
        </w:rPr>
        <w:t>cererii de finanțare</w:t>
      </w:r>
      <w:r w:rsidR="00903EC2">
        <w:rPr>
          <w:lang w:val="ro-RO"/>
        </w:rPr>
        <w:t xml:space="preserve">, </w:t>
      </w:r>
      <w:r w:rsidR="00903EC2" w:rsidRPr="00903EC2">
        <w:rPr>
          <w:lang w:val="ro-RO"/>
        </w:rPr>
        <w:t xml:space="preserve">reprezentând </w:t>
      </w:r>
      <w:r w:rsidR="00903EC2" w:rsidRPr="00903EC2">
        <w:rPr>
          <w:rFonts w:ascii="Cambria" w:hAnsi="Cambria" w:cs="Times New Roman"/>
          <w:lang w:val="ro-RO"/>
        </w:rPr>
        <w:t xml:space="preserve">un document ce susține </w:t>
      </w:r>
      <w:r w:rsidR="00903EC2" w:rsidRPr="00903EC2">
        <w:rPr>
          <w:rFonts w:ascii="Cambria" w:hAnsi="Cambria" w:cs="Times New Roman"/>
          <w:lang w:val="ro-RO"/>
        </w:rPr>
        <w:t xml:space="preserve">îndeplinirea criteriului de eligibilitate EG </w:t>
      </w:r>
      <w:r w:rsidR="00903EC2">
        <w:rPr>
          <w:rFonts w:ascii="Cambria" w:hAnsi="Cambria" w:cs="Times New Roman"/>
          <w:lang w:val="ro-RO"/>
        </w:rPr>
        <w:t>8</w:t>
      </w:r>
      <w:r w:rsidR="00903EC2" w:rsidRPr="00903EC2">
        <w:rPr>
          <w:rFonts w:ascii="Cambria" w:hAnsi="Cambria" w:cs="Times New Roman"/>
          <w:lang w:val="ro-RO"/>
        </w:rPr>
        <w:t>L</w:t>
      </w:r>
      <w:r w:rsidR="00903EC2">
        <w:rPr>
          <w:rFonts w:ascii="Cambria" w:hAnsi="Cambria" w:cs="Times New Roman"/>
          <w:lang w:val="ro-RO"/>
        </w:rPr>
        <w:t>.</w:t>
      </w:r>
    </w:p>
    <w:p w14:paraId="00BD52EE" w14:textId="05E94172" w:rsidR="00D256D1" w:rsidRPr="00900D95" w:rsidRDefault="00000000" w:rsidP="00E26B6C">
      <w:pPr>
        <w:ind w:left="-567"/>
        <w:jc w:val="both"/>
        <w:rPr>
          <w:lang w:val="ro-RO"/>
        </w:rPr>
      </w:pPr>
      <w:r w:rsidRPr="00900D95">
        <w:rPr>
          <w:lang w:val="ro-RO"/>
        </w:rPr>
        <w:t xml:space="preserve">Prezenta declarație este semnată astăzi, </w:t>
      </w:r>
      <w:r w:rsidR="00E26B6C" w:rsidRPr="00900D95">
        <w:rPr>
          <w:lang w:val="ro-RO"/>
        </w:rPr>
        <w:t>…………………..</w:t>
      </w:r>
      <w:r w:rsidRPr="00900D95">
        <w:rPr>
          <w:lang w:val="ro-RO"/>
        </w:rPr>
        <w:t>, în original.</w:t>
      </w:r>
    </w:p>
    <w:p w14:paraId="355DC549" w14:textId="77777777" w:rsidR="002B6B23" w:rsidRDefault="002B6B23" w:rsidP="00E26B6C">
      <w:pPr>
        <w:ind w:left="-567"/>
        <w:rPr>
          <w:lang w:val="ro-RO"/>
        </w:rPr>
      </w:pPr>
    </w:p>
    <w:p w14:paraId="7A231FC4" w14:textId="49BEBCCC" w:rsidR="00D256D1" w:rsidRPr="00900D95" w:rsidRDefault="00000000" w:rsidP="00E26B6C">
      <w:pPr>
        <w:ind w:left="-567"/>
        <w:rPr>
          <w:lang w:val="ro-RO"/>
        </w:rPr>
      </w:pPr>
      <w:r w:rsidRPr="00900D95">
        <w:rPr>
          <w:lang w:val="ro-RO"/>
        </w:rPr>
        <w:t>Semnătura solicitantului,</w:t>
      </w:r>
    </w:p>
    <w:p w14:paraId="3086A1F5" w14:textId="77777777" w:rsidR="00D256D1" w:rsidRPr="00900D95" w:rsidRDefault="00000000" w:rsidP="00E26B6C">
      <w:pPr>
        <w:ind w:left="-567"/>
        <w:rPr>
          <w:lang w:val="ro-RO"/>
        </w:rPr>
      </w:pPr>
      <w:r w:rsidRPr="00900D95">
        <w:rPr>
          <w:lang w:val="ro-RO"/>
        </w:rPr>
        <w:t>_____________________</w:t>
      </w:r>
    </w:p>
    <w:p w14:paraId="38000DD8" w14:textId="12824EBE" w:rsidR="00D256D1" w:rsidRPr="00900D95" w:rsidRDefault="00000000" w:rsidP="00E26B6C">
      <w:pPr>
        <w:ind w:left="-567"/>
        <w:rPr>
          <w:lang w:val="ro-RO"/>
        </w:rPr>
      </w:pPr>
      <w:r w:rsidRPr="00900D95">
        <w:rPr>
          <w:lang w:val="ro-RO"/>
        </w:rPr>
        <w:t>[Nume complet]</w:t>
      </w:r>
    </w:p>
    <w:p w14:paraId="643FE377" w14:textId="69665FED" w:rsidR="00D256D1" w:rsidRPr="002B6B23" w:rsidRDefault="00000000" w:rsidP="002B6B23">
      <w:pPr>
        <w:ind w:left="-567"/>
        <w:rPr>
          <w:lang w:val="ro-RO"/>
        </w:rPr>
      </w:pPr>
      <w:r w:rsidRPr="00900D95">
        <w:rPr>
          <w:lang w:val="ro-RO"/>
        </w:rPr>
        <w:t>[Funcția]</w:t>
      </w:r>
    </w:p>
    <w:sectPr w:rsidR="00D256D1" w:rsidRPr="002B6B23" w:rsidSect="00EB54B8">
      <w:headerReference w:type="default" r:id="rId8"/>
      <w:pgSz w:w="12240" w:h="15840"/>
      <w:pgMar w:top="2011" w:right="1041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D5D40" w14:textId="77777777" w:rsidR="009C043D" w:rsidRDefault="009C043D" w:rsidP="00E26B6C">
      <w:pPr>
        <w:spacing w:after="0" w:line="240" w:lineRule="auto"/>
      </w:pPr>
      <w:r>
        <w:separator/>
      </w:r>
    </w:p>
  </w:endnote>
  <w:endnote w:type="continuationSeparator" w:id="0">
    <w:p w14:paraId="43734CCA" w14:textId="77777777" w:rsidR="009C043D" w:rsidRDefault="009C043D" w:rsidP="00E26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F903E" w14:textId="77777777" w:rsidR="009C043D" w:rsidRDefault="009C043D" w:rsidP="00E26B6C">
      <w:pPr>
        <w:spacing w:after="0" w:line="240" w:lineRule="auto"/>
      </w:pPr>
      <w:r>
        <w:separator/>
      </w:r>
    </w:p>
  </w:footnote>
  <w:footnote w:type="continuationSeparator" w:id="0">
    <w:p w14:paraId="07796D38" w14:textId="77777777" w:rsidR="009C043D" w:rsidRDefault="009C043D" w:rsidP="00E26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8B36B" w14:textId="349C3289" w:rsidR="00E26B6C" w:rsidRDefault="00E26B6C" w:rsidP="00E26B6C">
    <w:pPr>
      <w:pStyle w:val="Header"/>
      <w:ind w:left="-567"/>
    </w:pPr>
    <w:r>
      <w:rPr>
        <w:noProof/>
      </w:rPr>
      <w:drawing>
        <wp:inline distT="0" distB="0" distL="0" distR="0" wp14:anchorId="3B803460" wp14:editId="59572469">
          <wp:extent cx="5935980" cy="612364"/>
          <wp:effectExtent l="0" t="0" r="0" b="0"/>
          <wp:docPr id="118078241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8935" cy="61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AAAF10" w14:textId="674B9319" w:rsidR="00EB54B8" w:rsidRDefault="00EB54B8" w:rsidP="00E26B6C">
    <w:pPr>
      <w:pStyle w:val="Header"/>
      <w:ind w:left="-567"/>
    </w:pPr>
    <w:r>
      <w:rPr>
        <w:noProof/>
      </w:rPr>
      <w:drawing>
        <wp:anchor distT="0" distB="0" distL="114300" distR="114300" simplePos="0" relativeHeight="251657216" behindDoc="0" locked="0" layoutInCell="1" allowOverlap="1" wp14:anchorId="09A876CC" wp14:editId="11A7E5D8">
          <wp:simplePos x="0" y="0"/>
          <wp:positionH relativeFrom="column">
            <wp:posOffset>4564380</wp:posOffset>
          </wp:positionH>
          <wp:positionV relativeFrom="paragraph">
            <wp:posOffset>1905</wp:posOffset>
          </wp:positionV>
          <wp:extent cx="1054100" cy="425450"/>
          <wp:effectExtent l="0" t="0" r="0" b="0"/>
          <wp:wrapNone/>
          <wp:docPr id="174029714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7416143">
    <w:abstractNumId w:val="8"/>
  </w:num>
  <w:num w:numId="2" w16cid:durableId="1234849054">
    <w:abstractNumId w:val="6"/>
  </w:num>
  <w:num w:numId="3" w16cid:durableId="1798715175">
    <w:abstractNumId w:val="5"/>
  </w:num>
  <w:num w:numId="4" w16cid:durableId="1964342907">
    <w:abstractNumId w:val="4"/>
  </w:num>
  <w:num w:numId="5" w16cid:durableId="520559039">
    <w:abstractNumId w:val="7"/>
  </w:num>
  <w:num w:numId="6" w16cid:durableId="1495756164">
    <w:abstractNumId w:val="3"/>
  </w:num>
  <w:num w:numId="7" w16cid:durableId="873155574">
    <w:abstractNumId w:val="2"/>
  </w:num>
  <w:num w:numId="8" w16cid:durableId="495800977">
    <w:abstractNumId w:val="1"/>
  </w:num>
  <w:num w:numId="9" w16cid:durableId="336855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1DBA"/>
    <w:rsid w:val="000A7C08"/>
    <w:rsid w:val="00111CC5"/>
    <w:rsid w:val="0015074B"/>
    <w:rsid w:val="001D1BE1"/>
    <w:rsid w:val="002708B9"/>
    <w:rsid w:val="0029639D"/>
    <w:rsid w:val="002B6B23"/>
    <w:rsid w:val="00326F90"/>
    <w:rsid w:val="003325B7"/>
    <w:rsid w:val="0034187D"/>
    <w:rsid w:val="003704C2"/>
    <w:rsid w:val="003945C4"/>
    <w:rsid w:val="00570D1D"/>
    <w:rsid w:val="005C6818"/>
    <w:rsid w:val="006A3968"/>
    <w:rsid w:val="00715F9A"/>
    <w:rsid w:val="007225AE"/>
    <w:rsid w:val="007A29D8"/>
    <w:rsid w:val="00900D95"/>
    <w:rsid w:val="00903EC2"/>
    <w:rsid w:val="009C043D"/>
    <w:rsid w:val="009D3F66"/>
    <w:rsid w:val="00A320DC"/>
    <w:rsid w:val="00A76F2A"/>
    <w:rsid w:val="00AA1D8D"/>
    <w:rsid w:val="00B47730"/>
    <w:rsid w:val="00B9512F"/>
    <w:rsid w:val="00BF06F0"/>
    <w:rsid w:val="00CB0664"/>
    <w:rsid w:val="00D06E03"/>
    <w:rsid w:val="00D256D1"/>
    <w:rsid w:val="00E26B6C"/>
    <w:rsid w:val="00EB54B8"/>
    <w:rsid w:val="00F84AA5"/>
    <w:rsid w:val="00FC58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98498D"/>
  <w14:defaultImageDpi w14:val="300"/>
  <w15:docId w15:val="{50B139A7-6587-4004-ADCB-2E774C5B9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260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 Grup</cp:lastModifiedBy>
  <cp:revision>16</cp:revision>
  <dcterms:created xsi:type="dcterms:W3CDTF">2013-12-23T23:15:00Z</dcterms:created>
  <dcterms:modified xsi:type="dcterms:W3CDTF">2025-10-17T09:17:00Z</dcterms:modified>
  <cp:category/>
</cp:coreProperties>
</file>