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1275DDBB" w:rsidR="00B42A2B" w:rsidRPr="00DA0D4B" w:rsidRDefault="00B42A2B" w:rsidP="00035D63">
      <w:pPr>
        <w:pStyle w:val="Heading1"/>
        <w:spacing w:before="0" w:line="240" w:lineRule="auto"/>
        <w:jc w:val="right"/>
        <w:rPr>
          <w:rFonts w:asciiTheme="minorHAnsi" w:hAnsiTheme="minorHAnsi"/>
          <w:color w:val="000000" w:themeColor="text1"/>
          <w:sz w:val="22"/>
          <w:szCs w:val="22"/>
          <w:lang w:val="ro-RO"/>
        </w:rPr>
      </w:pPr>
      <w:r w:rsidRPr="00DA0D4B">
        <w:rPr>
          <w:rFonts w:asciiTheme="minorHAnsi" w:hAnsiTheme="minorHAnsi"/>
          <w:color w:val="000000" w:themeColor="text1"/>
          <w:sz w:val="22"/>
          <w:szCs w:val="22"/>
          <w:lang w:val="ro-RO"/>
        </w:rPr>
        <w:t xml:space="preserve">Anexa nr. </w:t>
      </w:r>
      <w:r w:rsidR="00DA0D4B" w:rsidRPr="00DA0D4B">
        <w:rPr>
          <w:rFonts w:asciiTheme="minorHAnsi" w:hAnsiTheme="minorHAnsi"/>
          <w:color w:val="000000" w:themeColor="text1"/>
          <w:sz w:val="22"/>
          <w:szCs w:val="22"/>
          <w:lang w:val="ro-RO"/>
        </w:rPr>
        <w:t>3</w:t>
      </w:r>
      <w:r w:rsidRPr="00DA0D4B">
        <w:rPr>
          <w:rFonts w:asciiTheme="minorHAnsi" w:hAnsiTheme="minorHAnsi"/>
          <w:color w:val="000000" w:themeColor="text1"/>
          <w:sz w:val="22"/>
          <w:szCs w:val="22"/>
          <w:lang w:val="ro-RO"/>
        </w:rPr>
        <w:t xml:space="preserve"> la Ghidul solicitantului</w:t>
      </w:r>
    </w:p>
    <w:p w14:paraId="18BB5AB6" w14:textId="77777777" w:rsidR="002F07E7" w:rsidRPr="00DA0D4B" w:rsidRDefault="002F07E7" w:rsidP="00035D63">
      <w:pPr>
        <w:pStyle w:val="Heading1"/>
        <w:spacing w:before="0" w:line="240" w:lineRule="auto"/>
        <w:jc w:val="center"/>
        <w:rPr>
          <w:rFonts w:asciiTheme="minorHAnsi" w:hAnsiTheme="minorHAnsi"/>
          <w:color w:val="auto"/>
          <w:sz w:val="22"/>
          <w:szCs w:val="22"/>
          <w:lang w:val="ro-RO"/>
        </w:rPr>
      </w:pPr>
    </w:p>
    <w:p w14:paraId="5412C021" w14:textId="0E03C26F" w:rsidR="00035D63" w:rsidRPr="000B0A5F" w:rsidRDefault="00000000" w:rsidP="000B0A5F">
      <w:pPr>
        <w:pStyle w:val="Heading1"/>
        <w:spacing w:before="0" w:line="240" w:lineRule="auto"/>
        <w:jc w:val="center"/>
        <w:rPr>
          <w:rFonts w:asciiTheme="minorHAnsi" w:hAnsiTheme="minorHAnsi"/>
          <w:color w:val="auto"/>
          <w:sz w:val="22"/>
          <w:szCs w:val="22"/>
          <w:lang w:val="ro-RO"/>
        </w:rPr>
      </w:pPr>
      <w:r w:rsidRPr="00DA0D4B">
        <w:rPr>
          <w:rFonts w:asciiTheme="minorHAnsi" w:hAnsiTheme="minorHAnsi"/>
          <w:color w:val="auto"/>
          <w:sz w:val="22"/>
          <w:szCs w:val="22"/>
          <w:lang w:val="ro-RO"/>
        </w:rPr>
        <w:t>DECLARAȚIE PE PROPRIA RĂSPUNDERE</w:t>
      </w:r>
    </w:p>
    <w:p w14:paraId="73B0ED7C" w14:textId="77777777" w:rsidR="00552C97" w:rsidRPr="00035D63" w:rsidRDefault="00552C97" w:rsidP="00035D63">
      <w:pPr>
        <w:spacing w:after="0" w:line="240" w:lineRule="auto"/>
        <w:jc w:val="both"/>
        <w:rPr>
          <w:lang w:val="ro-RO"/>
        </w:rPr>
      </w:pPr>
    </w:p>
    <w:p w14:paraId="1F9D4228" w14:textId="37F576E0" w:rsidR="00552C97" w:rsidRPr="00035D63" w:rsidRDefault="00552C97" w:rsidP="00035D63">
      <w:pPr>
        <w:spacing w:after="0" w:line="240" w:lineRule="auto"/>
        <w:ind w:firstLine="720"/>
        <w:jc w:val="both"/>
        <w:rPr>
          <w:rFonts w:cstheme="minorHAnsi"/>
          <w:b/>
          <w:lang w:val="ro-RO"/>
        </w:rPr>
      </w:pPr>
      <w:r w:rsidRPr="00035D63">
        <w:rPr>
          <w:rFonts w:cstheme="minorHAnsi"/>
          <w:lang w:val="ro-RO"/>
        </w:rPr>
        <w:t xml:space="preserve">Subsemnatul (a) </w:t>
      </w:r>
      <w:r w:rsidRPr="00035D63">
        <w:rPr>
          <w:rFonts w:cstheme="minorHAnsi"/>
          <w:i/>
          <w:lang w:val="ro-RO"/>
        </w:rPr>
        <w:t xml:space="preserve">&lt; prenume, nume&gt;, </w:t>
      </w:r>
      <w:r w:rsidRPr="00035D63">
        <w:rPr>
          <w:rFonts w:cstheme="minorHAnsi"/>
          <w:lang w:val="ro-RO"/>
        </w:rPr>
        <w:t>posesor al CI seria….. nr</w:t>
      </w:r>
      <w:r w:rsidR="00035D63" w:rsidRPr="00035D63">
        <w:rPr>
          <w:rFonts w:cstheme="minorHAnsi"/>
          <w:lang w:val="ro-RO"/>
        </w:rPr>
        <w:t xml:space="preserve">.  </w:t>
      </w:r>
      <w:r w:rsidRPr="00035D63">
        <w:rPr>
          <w:rFonts w:cstheme="minorHAnsi"/>
          <w:lang w:val="ro-RO"/>
        </w:rPr>
        <w:t>……., eliberată de ............,</w:t>
      </w:r>
      <w:r w:rsidRPr="00035D63">
        <w:rPr>
          <w:rFonts w:cstheme="minorHAnsi"/>
          <w:i/>
          <w:lang w:val="ro-RO"/>
        </w:rPr>
        <w:t xml:space="preserve"> la data </w:t>
      </w:r>
      <w:r w:rsidR="001E4661" w:rsidRPr="00035D63">
        <w:rPr>
          <w:rFonts w:cstheme="minorHAnsi"/>
          <w:i/>
          <w:lang w:val="ro-RO"/>
        </w:rPr>
        <w:t xml:space="preserve">de </w:t>
      </w:r>
      <w:r w:rsidRPr="00035D63">
        <w:rPr>
          <w:rFonts w:cstheme="minorHAnsi"/>
          <w:i/>
          <w:lang w:val="ro-RO"/>
        </w:rPr>
        <w:t xml:space="preserve">……., </w:t>
      </w:r>
      <w:r w:rsidRPr="00035D63">
        <w:rPr>
          <w:rFonts w:cstheme="minorHAnsi"/>
          <w:lang w:val="ro-RO"/>
        </w:rPr>
        <w:t>în calitate de</w:t>
      </w:r>
      <w:r w:rsidR="001E4661" w:rsidRPr="00035D63">
        <w:rPr>
          <w:rFonts w:cstheme="minorHAnsi"/>
          <w:lang w:val="ro-RO"/>
        </w:rPr>
        <w:t xml:space="preserve"> solicitant și</w:t>
      </w:r>
      <w:r w:rsidRPr="00035D63">
        <w:rPr>
          <w:rFonts w:cstheme="minorHAnsi"/>
          <w:lang w:val="ro-RO"/>
        </w:rPr>
        <w:t xml:space="preserve"> </w:t>
      </w:r>
      <w:r w:rsidRPr="00035D63">
        <w:rPr>
          <w:rFonts w:cstheme="minorHAnsi"/>
          <w:i/>
          <w:lang w:val="ro-RO"/>
        </w:rPr>
        <w:t>&lt;funcție/ reprezentant legal/ împuternicit cu procură notarială&gt;</w:t>
      </w:r>
      <w:r w:rsidRPr="00035D63">
        <w:rPr>
          <w:rFonts w:cstheme="minorHAnsi"/>
          <w:lang w:val="ro-RO"/>
        </w:rPr>
        <w:t xml:space="preserve"> în cadrul proiectului …………………………., Intervenția FEADR nr. 2 „Dezvoltarea unor UAT-uri viabile în teritoriul GAL Ștefan cel Mare”, cunoscând că falsul în declarații este pedepsit de Codul Penal, </w:t>
      </w:r>
      <w:r w:rsidRPr="00035D63">
        <w:rPr>
          <w:rFonts w:cstheme="minorHAnsi"/>
          <w:b/>
          <w:lang w:val="ro-RO"/>
        </w:rPr>
        <w:t>declar pe propria răspundere următoarele:</w:t>
      </w:r>
    </w:p>
    <w:p w14:paraId="30C7E3F9" w14:textId="77777777" w:rsidR="00035D63" w:rsidRPr="00035D63" w:rsidRDefault="00035D63" w:rsidP="00035D63">
      <w:pPr>
        <w:spacing w:after="0" w:line="240" w:lineRule="auto"/>
        <w:ind w:firstLine="720"/>
        <w:jc w:val="both"/>
        <w:rPr>
          <w:rFonts w:cstheme="minorHAnsi"/>
          <w:lang w:val="ro-RO"/>
        </w:rPr>
      </w:pPr>
    </w:p>
    <w:p w14:paraId="1E191549" w14:textId="2F546512" w:rsidR="003478A2" w:rsidRDefault="00552C97" w:rsidP="00035D63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lang w:val="ro-RO"/>
        </w:rPr>
      </w:pPr>
      <w:r w:rsidRPr="00035D63">
        <w:rPr>
          <w:lang w:val="ro-RO"/>
        </w:rPr>
        <w:t>Mă angajez</w:t>
      </w:r>
      <w:r w:rsidR="003478A2" w:rsidRPr="00035D63">
        <w:rPr>
          <w:lang w:val="ro-RO"/>
        </w:rPr>
        <w:t xml:space="preserve"> până la finalizarea implementării proiectului, cel târziu odată cu </w:t>
      </w:r>
      <w:r w:rsidRPr="00035D63">
        <w:rPr>
          <w:lang w:val="ro-RO"/>
        </w:rPr>
        <w:t xml:space="preserve">depunerea </w:t>
      </w:r>
      <w:r w:rsidR="003478A2" w:rsidRPr="00035D63">
        <w:rPr>
          <w:lang w:val="ro-RO"/>
        </w:rPr>
        <w:t>cerer</w:t>
      </w:r>
      <w:r w:rsidRPr="00035D63">
        <w:rPr>
          <w:lang w:val="ro-RO"/>
        </w:rPr>
        <w:t>ii</w:t>
      </w:r>
      <w:r w:rsidR="00937D1B" w:rsidRPr="00035D63">
        <w:rPr>
          <w:lang w:val="ro-RO"/>
        </w:rPr>
        <w:t xml:space="preserve"> </w:t>
      </w:r>
      <w:r w:rsidR="003478A2" w:rsidRPr="00035D63">
        <w:rPr>
          <w:lang w:val="ro-RO"/>
        </w:rPr>
        <w:t xml:space="preserve">de plată </w:t>
      </w:r>
      <w:r w:rsidRPr="00035D63">
        <w:rPr>
          <w:lang w:val="ro-RO"/>
        </w:rPr>
        <w:t>tranșă finală,</w:t>
      </w:r>
      <w:r w:rsidR="003478A2" w:rsidRPr="00035D63">
        <w:rPr>
          <w:lang w:val="ro-RO"/>
        </w:rPr>
        <w:t xml:space="preserve"> să </w:t>
      </w:r>
      <w:r w:rsidR="00FF5DBC" w:rsidRPr="00035D63">
        <w:rPr>
          <w:lang w:val="ro-RO"/>
        </w:rPr>
        <w:t>transmit către GAL Ștefan cel Mare</w:t>
      </w:r>
      <w:r w:rsidRPr="00035D63">
        <w:rPr>
          <w:lang w:val="ro-RO"/>
        </w:rPr>
        <w:t xml:space="preserve"> </w:t>
      </w:r>
      <w:r w:rsidR="003478A2" w:rsidRPr="00035D63">
        <w:rPr>
          <w:lang w:val="ro-RO"/>
        </w:rPr>
        <w:t>un scurtmetraj de prezentare a proiectului și a impactului investiției la finalizarea acestui</w:t>
      </w:r>
      <w:r w:rsidR="00FF5DBC" w:rsidRPr="00035D63">
        <w:rPr>
          <w:lang w:val="ro-RO"/>
        </w:rPr>
        <w:t>a</w:t>
      </w:r>
      <w:r w:rsidR="003478A2" w:rsidRPr="00035D63">
        <w:rPr>
          <w:lang w:val="ro-RO"/>
        </w:rPr>
        <w:t>, ținând cont de următoarele condiții:</w:t>
      </w:r>
    </w:p>
    <w:p w14:paraId="16E9ECF4" w14:textId="0AC25FF9" w:rsidR="004A27A2" w:rsidRDefault="004A27A2" w:rsidP="004A27A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Materialul video transmis reprezintă scurtmetrajul de prezentare a proiectului implementat</w:t>
      </w:r>
      <w:r>
        <w:rPr>
          <w:rFonts w:ascii="Cambria" w:hAnsi="Cambria"/>
          <w:lang w:val="ro-RO"/>
        </w:rPr>
        <w:t xml:space="preserve"> și va respecta următoarele specificații:</w:t>
      </w:r>
    </w:p>
    <w:p w14:paraId="2733FDB8" w14:textId="28AA0896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durată va fi de minimă de 2 minute și maximă de 5 minute;</w:t>
      </w:r>
    </w:p>
    <w:p w14:paraId="08014801" w14:textId="64D7720E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conține imagini / video reale cu activitatea/produsul/serviciul rezultat în urma implementării;</w:t>
      </w:r>
    </w:p>
    <w:p w14:paraId="65538DED" w14:textId="12CAAF72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include o voce narativă sau subtitrări care explică scopul și rezultatele proiectului;</w:t>
      </w:r>
    </w:p>
    <w:p w14:paraId="5178A5B2" w14:textId="383F640B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menționa sprijinul financiar acordat prin GAL Ștefan cel Mare și finanțarea din FEADR;</w:t>
      </w:r>
    </w:p>
    <w:p w14:paraId="72F3455C" w14:textId="35B0B111" w:rsidR="004A27A2" w:rsidRDefault="004A27A2" w:rsidP="000B0A5F">
      <w:pPr>
        <w:pStyle w:val="ListParagraph"/>
        <w:numPr>
          <w:ilvl w:val="0"/>
          <w:numId w:val="21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respecta standardele de calitate (video minim HD, sunet clar, format .mp4 sau .mov).</w:t>
      </w:r>
    </w:p>
    <w:p w14:paraId="0444EFEA" w14:textId="46EFCF16" w:rsidR="00FF5DBC" w:rsidRPr="00AC30DE" w:rsidRDefault="00000000" w:rsidP="00AC30D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 xml:space="preserve">Conținutul reflectă în mod fidel </w:t>
      </w:r>
      <w:r w:rsidR="00C87831" w:rsidRPr="00AC30DE">
        <w:rPr>
          <w:color w:val="000000" w:themeColor="text1"/>
          <w:lang w:val="ro-RO"/>
        </w:rPr>
        <w:t>obiectivele inițiale ale proiectului</w:t>
      </w:r>
      <w:r w:rsidR="00C87831" w:rsidRPr="00AC30DE">
        <w:rPr>
          <w:color w:val="000000" w:themeColor="text1"/>
          <w:lang w:val="ro-RO"/>
        </w:rPr>
        <w:t xml:space="preserve">, </w:t>
      </w:r>
      <w:r w:rsidR="00C87831" w:rsidRPr="00AC30DE">
        <w:rPr>
          <w:color w:val="000000" w:themeColor="text1"/>
          <w:lang w:val="ro-RO"/>
        </w:rPr>
        <w:t>activitățile desfășurate și rezultatele obținute</w:t>
      </w:r>
      <w:r w:rsidR="00C87831" w:rsidRPr="00AC30DE">
        <w:rPr>
          <w:color w:val="000000" w:themeColor="text1"/>
          <w:lang w:val="ro-RO"/>
        </w:rPr>
        <w:t xml:space="preserve">, </w:t>
      </w:r>
      <w:r w:rsidR="00C87831" w:rsidRPr="00AC30DE">
        <w:rPr>
          <w:color w:val="000000" w:themeColor="text1"/>
          <w:lang w:val="ro-RO"/>
        </w:rPr>
        <w:t>impactul investiției pentru beneficiar și valoarea adăugată pentru  comunitate</w:t>
      </w:r>
      <w:r w:rsidR="00C87831" w:rsidRPr="00AC30DE">
        <w:rPr>
          <w:color w:val="000000" w:themeColor="text1"/>
          <w:lang w:val="ro-RO"/>
        </w:rPr>
        <w:t xml:space="preserve">, </w:t>
      </w:r>
      <w:r w:rsidR="00C87831" w:rsidRPr="00AC30DE">
        <w:rPr>
          <w:color w:val="000000" w:themeColor="text1"/>
          <w:lang w:val="ro-RO"/>
        </w:rPr>
        <w:t>promovarea valorilor locale și a teritoriului GAL Ștefan cel Mare.</w:t>
      </w:r>
    </w:p>
    <w:p w14:paraId="4174521D" w14:textId="7E0CE00F" w:rsidR="00F31DAD" w:rsidRPr="00AC30DE" w:rsidRDefault="00000000" w:rsidP="00AC30D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 xml:space="preserve">Scurtmetrajul </w:t>
      </w:r>
      <w:r w:rsidR="003478A2" w:rsidRPr="00AC30DE">
        <w:rPr>
          <w:color w:val="000000" w:themeColor="text1"/>
          <w:lang w:val="ro-RO"/>
        </w:rPr>
        <w:t>va fi</w:t>
      </w:r>
      <w:r w:rsidRPr="00AC30DE">
        <w:rPr>
          <w:color w:val="000000" w:themeColor="text1"/>
          <w:lang w:val="ro-RO"/>
        </w:rPr>
        <w:t xml:space="preserve"> realizat în scop non-comercial și respectă toate drepturile de autor aplicabile (muzică, imagini, logo-uri etc.).</w:t>
      </w:r>
    </w:p>
    <w:p w14:paraId="574BEDAD" w14:textId="77777777" w:rsidR="004A27A2" w:rsidRPr="00035D63" w:rsidRDefault="004A27A2" w:rsidP="00035D63">
      <w:pPr>
        <w:spacing w:after="0" w:line="240" w:lineRule="auto"/>
        <w:jc w:val="both"/>
        <w:rPr>
          <w:lang w:val="ro-RO"/>
        </w:rPr>
      </w:pPr>
    </w:p>
    <w:p w14:paraId="39817D4F" w14:textId="28CBF8B2" w:rsidR="001E4661" w:rsidRPr="00035D63" w:rsidRDefault="007762B0" w:rsidP="00035D63">
      <w:p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b) </w:t>
      </w:r>
      <w:r w:rsidR="001E4661" w:rsidRPr="00035D63">
        <w:rPr>
          <w:lang w:val="ro-RO"/>
        </w:rPr>
        <w:t>Îmi exprim acordul cu privire la utilizarea scurtmetrajului de către Asociația Grupul de Acțiune Locală Ștefan cel Mare, în calitate de beneficiar,  pentru următoarele</w:t>
      </w:r>
      <w:r w:rsidR="00B92B57" w:rsidRPr="00035D63">
        <w:rPr>
          <w:lang w:val="ro-RO"/>
        </w:rPr>
        <w:t xml:space="preserve"> scopuri</w:t>
      </w:r>
      <w:r w:rsidR="001E4661" w:rsidRPr="00035D63">
        <w:rPr>
          <w:lang w:val="ro-RO"/>
        </w:rPr>
        <w:t>:</w:t>
      </w:r>
    </w:p>
    <w:p w14:paraId="28237302" w14:textId="64817CF7" w:rsidR="00B92B57" w:rsidRPr="00035D63" w:rsidRDefault="00035D63" w:rsidP="00035D6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Promovare în cadrul </w:t>
      </w:r>
      <w:r w:rsidR="00B92B57" w:rsidRPr="00035D63">
        <w:rPr>
          <w:lang w:val="ro-RO"/>
        </w:rPr>
        <w:t>rețelel</w:t>
      </w:r>
      <w:r w:rsidRPr="00035D63">
        <w:rPr>
          <w:lang w:val="ro-RO"/>
        </w:rPr>
        <w:t>or</w:t>
      </w:r>
      <w:r w:rsidR="00B92B57" w:rsidRPr="00035D63">
        <w:rPr>
          <w:lang w:val="ro-RO"/>
        </w:rPr>
        <w:t xml:space="preserve"> de socializare: Facebook, Youtube</w:t>
      </w:r>
      <w:r w:rsidRPr="00035D63">
        <w:rPr>
          <w:lang w:val="ro-RO"/>
        </w:rPr>
        <w:t>;</w:t>
      </w:r>
      <w:r w:rsidR="00B92B57" w:rsidRPr="00035D63">
        <w:rPr>
          <w:lang w:val="ro-RO"/>
        </w:rPr>
        <w:t xml:space="preserve"> site-ul </w:t>
      </w:r>
      <w:r w:rsidRPr="00035D63">
        <w:rPr>
          <w:lang w:val="ro-RO"/>
        </w:rPr>
        <w:t>A</w:t>
      </w:r>
      <w:r w:rsidR="00B42A2B" w:rsidRPr="00035D63">
        <w:rPr>
          <w:lang w:val="ro-RO"/>
        </w:rPr>
        <w:t>sociației;</w:t>
      </w:r>
      <w:r w:rsidR="00B92B57" w:rsidRPr="00035D63">
        <w:rPr>
          <w:lang w:val="ro-RO"/>
        </w:rPr>
        <w:t xml:space="preserve"> </w:t>
      </w:r>
    </w:p>
    <w:p w14:paraId="12D2B6EC" w14:textId="04BE3B4F" w:rsidR="00B92B57" w:rsidRPr="00035D63" w:rsidRDefault="00035D63" w:rsidP="00035D6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>D</w:t>
      </w:r>
      <w:r w:rsidR="00B92B57" w:rsidRPr="00035D63">
        <w:rPr>
          <w:lang w:val="ro-RO"/>
        </w:rPr>
        <w:t xml:space="preserve">istribuirea către </w:t>
      </w:r>
      <w:r w:rsidR="00085865">
        <w:rPr>
          <w:lang w:val="ro-RO"/>
        </w:rPr>
        <w:t xml:space="preserve">Autoritatea de Managament, </w:t>
      </w:r>
      <w:r w:rsidR="00B92B57" w:rsidRPr="00035D63">
        <w:rPr>
          <w:lang w:val="ro-RO"/>
        </w:rPr>
        <w:t>publicul larg în vederea promovării proiectelor implementate</w:t>
      </w:r>
      <w:r w:rsidR="00E603B4">
        <w:rPr>
          <w:lang w:val="ro-RO"/>
        </w:rPr>
        <w:t>, informare și promovare a PS</w:t>
      </w:r>
      <w:r w:rsidR="00B92B57" w:rsidRPr="00035D63">
        <w:rPr>
          <w:lang w:val="ro-RO"/>
        </w:rPr>
        <w:t>;</w:t>
      </w:r>
    </w:p>
    <w:p w14:paraId="4F3C9F21" w14:textId="5CCAD6C6" w:rsidR="00E603B4" w:rsidRPr="00E603B4" w:rsidRDefault="00B92B57" w:rsidP="00E603B4">
      <w:pPr>
        <w:pStyle w:val="ListParagraph"/>
        <w:numPr>
          <w:ilvl w:val="0"/>
          <w:numId w:val="15"/>
        </w:numPr>
        <w:jc w:val="both"/>
        <w:rPr>
          <w:lang w:val="ro-RO"/>
        </w:rPr>
      </w:pPr>
      <w:r w:rsidRPr="00E603B4">
        <w:rPr>
          <w:lang w:val="ro-RO"/>
        </w:rPr>
        <w:t xml:space="preserve">Transmiterea de către beneficiar a imaginilor către terți în scopul exclusiv de realizare de materiale publicitare și/sau presa scrisă în vederea promovării </w:t>
      </w:r>
      <w:r w:rsidR="00B338F2">
        <w:rPr>
          <w:lang w:val="ro-RO"/>
        </w:rPr>
        <w:t>implementării SDL.</w:t>
      </w:r>
    </w:p>
    <w:p w14:paraId="1E22F92A" w14:textId="77777777" w:rsidR="000B0A5F" w:rsidRDefault="000B0A5F" w:rsidP="002F07E7">
      <w:pPr>
        <w:spacing w:after="0" w:line="360" w:lineRule="auto"/>
        <w:rPr>
          <w:lang w:val="ro-RO"/>
        </w:rPr>
      </w:pPr>
    </w:p>
    <w:p w14:paraId="6004DB43" w14:textId="03F30C13" w:rsidR="00035D63" w:rsidRDefault="00035D63" w:rsidP="002F07E7">
      <w:pPr>
        <w:spacing w:after="0" w:line="360" w:lineRule="auto"/>
        <w:rPr>
          <w:lang w:val="ro-RO"/>
        </w:rPr>
      </w:pPr>
      <w:r w:rsidRPr="00035D63">
        <w:rPr>
          <w:lang w:val="ro-RO"/>
        </w:rPr>
        <w:t>Nume și prenume: _______________</w:t>
      </w:r>
    </w:p>
    <w:p w14:paraId="71E6B20F" w14:textId="355C7FC5" w:rsidR="00F31DAD" w:rsidRPr="00035D63" w:rsidRDefault="00000000" w:rsidP="002F07E7">
      <w:pPr>
        <w:spacing w:after="0" w:line="360" w:lineRule="auto"/>
        <w:rPr>
          <w:lang w:val="ro-RO"/>
        </w:rPr>
      </w:pPr>
      <w:r w:rsidRPr="00035D63">
        <w:rPr>
          <w:lang w:val="ro-RO"/>
        </w:rPr>
        <w:t>Data: _______________</w:t>
      </w:r>
    </w:p>
    <w:p w14:paraId="6B86984A" w14:textId="6693B003" w:rsidR="00035D63" w:rsidRDefault="00000000" w:rsidP="002F07E7">
      <w:pPr>
        <w:spacing w:after="0" w:line="360" w:lineRule="auto"/>
        <w:rPr>
          <w:lang w:val="ro-RO"/>
        </w:rPr>
      </w:pPr>
      <w:r w:rsidRPr="00035D63">
        <w:rPr>
          <w:lang w:val="ro-RO"/>
        </w:rPr>
        <w:t>Semnătura: _______________</w:t>
      </w:r>
    </w:p>
    <w:sectPr w:rsidR="00035D63" w:rsidSect="000B0A5F">
      <w:headerReference w:type="default" r:id="rId8"/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06B3" w14:textId="77777777" w:rsidR="00F5074B" w:rsidRDefault="00F5074B" w:rsidP="00357FB4">
      <w:pPr>
        <w:spacing w:after="0" w:line="240" w:lineRule="auto"/>
      </w:pPr>
      <w:r>
        <w:separator/>
      </w:r>
    </w:p>
  </w:endnote>
  <w:endnote w:type="continuationSeparator" w:id="0">
    <w:p w14:paraId="4FCAA483" w14:textId="77777777" w:rsidR="00F5074B" w:rsidRDefault="00F5074B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E0EAC" w14:textId="77777777" w:rsidR="00F5074B" w:rsidRDefault="00F5074B" w:rsidP="00357FB4">
      <w:pPr>
        <w:spacing w:after="0" w:line="240" w:lineRule="auto"/>
      </w:pPr>
      <w:r>
        <w:separator/>
      </w:r>
    </w:p>
  </w:footnote>
  <w:footnote w:type="continuationSeparator" w:id="0">
    <w:p w14:paraId="5120BB2B" w14:textId="77777777" w:rsidR="00F5074B" w:rsidRDefault="00F5074B" w:rsidP="0035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D962" w14:textId="21BA016D" w:rsidR="00357FB4" w:rsidRDefault="00357FB4" w:rsidP="00357FB4">
    <w:pPr>
      <w:pStyle w:val="Header"/>
    </w:pPr>
    <w:r>
      <w:rPr>
        <w:noProof/>
      </w:rPr>
      <w:drawing>
        <wp:inline distT="0" distB="0" distL="0" distR="0" wp14:anchorId="47477FB1" wp14:editId="1D56031E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FB20B" w14:textId="77D58311" w:rsidR="00357FB4" w:rsidRDefault="00357FB4" w:rsidP="00357FB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6F7735" wp14:editId="5E5BC70A">
          <wp:simplePos x="0" y="0"/>
          <wp:positionH relativeFrom="column">
            <wp:posOffset>4430786</wp:posOffset>
          </wp:positionH>
          <wp:positionV relativeFrom="paragraph">
            <wp:posOffset>119722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D71297" w14:textId="34F190E0" w:rsidR="00357FB4" w:rsidRDefault="00357FB4" w:rsidP="00357FB4">
    <w:pPr>
      <w:pStyle w:val="Header"/>
    </w:pPr>
  </w:p>
  <w:p w14:paraId="6CACCE11" w14:textId="77777777" w:rsidR="00357FB4" w:rsidRDefault="00357FB4" w:rsidP="00357FB4">
    <w:pPr>
      <w:pStyle w:val="Header"/>
    </w:pPr>
  </w:p>
  <w:p w14:paraId="5519B9EB" w14:textId="5EC7C786" w:rsidR="00357FB4" w:rsidRDefault="00357FB4" w:rsidP="00357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6"/>
  </w:num>
  <w:num w:numId="11" w16cid:durableId="1896551372">
    <w:abstractNumId w:val="9"/>
  </w:num>
  <w:num w:numId="12" w16cid:durableId="1413234564">
    <w:abstractNumId w:val="20"/>
  </w:num>
  <w:num w:numId="13" w16cid:durableId="1436905003">
    <w:abstractNumId w:val="13"/>
  </w:num>
  <w:num w:numId="14" w16cid:durableId="710567840">
    <w:abstractNumId w:val="11"/>
  </w:num>
  <w:num w:numId="15" w16cid:durableId="998734738">
    <w:abstractNumId w:val="17"/>
  </w:num>
  <w:num w:numId="16" w16cid:durableId="50426745">
    <w:abstractNumId w:val="18"/>
  </w:num>
  <w:num w:numId="17" w16cid:durableId="1558012341">
    <w:abstractNumId w:val="14"/>
  </w:num>
  <w:num w:numId="18" w16cid:durableId="938568276">
    <w:abstractNumId w:val="19"/>
  </w:num>
  <w:num w:numId="19" w16cid:durableId="1592351310">
    <w:abstractNumId w:val="12"/>
  </w:num>
  <w:num w:numId="20" w16cid:durableId="120803171">
    <w:abstractNumId w:val="15"/>
  </w:num>
  <w:num w:numId="21" w16cid:durableId="937978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D63"/>
    <w:rsid w:val="0006063C"/>
    <w:rsid w:val="00085865"/>
    <w:rsid w:val="000B0A5F"/>
    <w:rsid w:val="0015074B"/>
    <w:rsid w:val="00164B3D"/>
    <w:rsid w:val="001E4661"/>
    <w:rsid w:val="0029639D"/>
    <w:rsid w:val="002F07E7"/>
    <w:rsid w:val="002F4AE5"/>
    <w:rsid w:val="00326F90"/>
    <w:rsid w:val="003478A2"/>
    <w:rsid w:val="00357FB4"/>
    <w:rsid w:val="003A4DE3"/>
    <w:rsid w:val="004141A2"/>
    <w:rsid w:val="004A27A2"/>
    <w:rsid w:val="004D6309"/>
    <w:rsid w:val="00552C97"/>
    <w:rsid w:val="006217AF"/>
    <w:rsid w:val="007762B0"/>
    <w:rsid w:val="00865936"/>
    <w:rsid w:val="00937D1B"/>
    <w:rsid w:val="00A205A6"/>
    <w:rsid w:val="00AA1D8D"/>
    <w:rsid w:val="00AC30DE"/>
    <w:rsid w:val="00AD380E"/>
    <w:rsid w:val="00B338F2"/>
    <w:rsid w:val="00B42A2B"/>
    <w:rsid w:val="00B47730"/>
    <w:rsid w:val="00B92B57"/>
    <w:rsid w:val="00BB53F9"/>
    <w:rsid w:val="00C87831"/>
    <w:rsid w:val="00CA5484"/>
    <w:rsid w:val="00CB0664"/>
    <w:rsid w:val="00DA0D4B"/>
    <w:rsid w:val="00E11DEF"/>
    <w:rsid w:val="00E603B4"/>
    <w:rsid w:val="00EA2DFF"/>
    <w:rsid w:val="00F31DAD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26</cp:revision>
  <dcterms:created xsi:type="dcterms:W3CDTF">2013-12-23T23:15:00Z</dcterms:created>
  <dcterms:modified xsi:type="dcterms:W3CDTF">2025-08-13T14:25:00Z</dcterms:modified>
  <cp:category/>
</cp:coreProperties>
</file>