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A912" w14:textId="4737E685" w:rsidR="00E628C8" w:rsidRPr="00364E24" w:rsidRDefault="00E628C8" w:rsidP="00364E24">
      <w:pPr>
        <w:pStyle w:val="Heading1"/>
        <w:spacing w:before="0"/>
        <w:jc w:val="right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Formular nr. </w:t>
      </w:r>
      <w:r w:rsidR="005D039D" w:rsidRPr="00364E24">
        <w:rPr>
          <w:rFonts w:ascii="Cambria" w:hAnsi="Cambria" w:cs="Times New Roman"/>
          <w:color w:val="auto"/>
          <w:sz w:val="24"/>
          <w:szCs w:val="24"/>
          <w:lang w:val="ro-RO"/>
        </w:rPr>
        <w:t>8</w:t>
      </w: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>I5</w:t>
      </w:r>
    </w:p>
    <w:p w14:paraId="7280833E" w14:textId="77777777" w:rsidR="00364E24" w:rsidRPr="00364E24" w:rsidRDefault="00364E24" w:rsidP="00364E24">
      <w:pPr>
        <w:pStyle w:val="Heading1"/>
        <w:spacing w:before="0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</w:p>
    <w:p w14:paraId="10828A80" w14:textId="6AAFBA07" w:rsidR="00E628C8" w:rsidRPr="00364E24" w:rsidRDefault="00000000" w:rsidP="00364E24">
      <w:pPr>
        <w:pStyle w:val="Heading1"/>
        <w:spacing w:before="0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DECLARAȚIE </w:t>
      </w:r>
      <w:r w:rsidR="005D039D" w:rsidRPr="00364E24">
        <w:rPr>
          <w:rFonts w:ascii="Cambria" w:hAnsi="Cambria" w:cs="Times New Roman"/>
          <w:color w:val="auto"/>
          <w:sz w:val="24"/>
          <w:szCs w:val="24"/>
          <w:lang w:val="ro-RO"/>
        </w:rPr>
        <w:t>PE PROPRIA RĂSPUNDERE</w:t>
      </w:r>
      <w:r w:rsidR="00E628C8" w:rsidRPr="00364E24">
        <w:rPr>
          <w:rFonts w:ascii="Cambria" w:hAnsi="Cambria" w:cs="Times New Roman"/>
          <w:color w:val="auto"/>
          <w:sz w:val="24"/>
          <w:szCs w:val="24"/>
          <w:lang w:val="ro-RO"/>
        </w:rPr>
        <w:t xml:space="preserve"> </w:t>
      </w:r>
    </w:p>
    <w:p w14:paraId="6C547D81" w14:textId="796EC3BB" w:rsidR="00704A40" w:rsidRPr="00364E24" w:rsidRDefault="005D039D" w:rsidP="00364E24">
      <w:pPr>
        <w:pStyle w:val="Heading1"/>
        <w:spacing w:before="0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r w:rsidRPr="00364E24">
        <w:rPr>
          <w:rFonts w:ascii="Cambria" w:hAnsi="Cambria" w:cs="Times New Roman"/>
          <w:color w:val="auto"/>
          <w:sz w:val="24"/>
          <w:szCs w:val="24"/>
          <w:lang w:val="ro-RO"/>
        </w:rPr>
        <w:t>privind faptul că reprezentantul legal / asociații nu au mai beneficiat de finanțare nerambursabilă</w:t>
      </w:r>
    </w:p>
    <w:p w14:paraId="1819BAF3" w14:textId="6B7CAE48" w:rsidR="00F97DC6" w:rsidRPr="00364E24" w:rsidRDefault="007F27F8" w:rsidP="007F27F8">
      <w:pPr>
        <w:tabs>
          <w:tab w:val="left" w:pos="1812"/>
        </w:tabs>
        <w:rPr>
          <w:rFonts w:ascii="Cambria" w:hAnsi="Cambria" w:cs="Times New Roman"/>
          <w:sz w:val="24"/>
          <w:szCs w:val="24"/>
          <w:lang w:val="ro-RO"/>
        </w:rPr>
      </w:pPr>
      <w:r>
        <w:rPr>
          <w:rFonts w:ascii="Cambria" w:hAnsi="Cambria" w:cs="Times New Roman"/>
          <w:sz w:val="24"/>
          <w:szCs w:val="24"/>
          <w:lang w:val="ro-RO"/>
        </w:rPr>
        <w:tab/>
      </w:r>
    </w:p>
    <w:p w14:paraId="005FBB99" w14:textId="1EADA5BC" w:rsidR="00704A40" w:rsidRPr="00364E24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Subsemnatul(a), [Nume și prenume], identificat(ă) prin C.I. seria ___ nr. ___, eliberată de ___ la data de ___, în calitate de reprezentant legal al [</w:t>
      </w:r>
      <w:r w:rsidR="002F57E2" w:rsidRPr="00364E24">
        <w:rPr>
          <w:rFonts w:ascii="Cambria" w:hAnsi="Cambria" w:cs="Times New Roman"/>
          <w:sz w:val="24"/>
          <w:szCs w:val="24"/>
          <w:lang w:val="ro-RO"/>
        </w:rPr>
        <w:t>denumirea completă a solicitantului</w:t>
      </w:r>
      <w:r w:rsidRPr="00364E24">
        <w:rPr>
          <w:rFonts w:ascii="Cambria" w:hAnsi="Cambria" w:cs="Times New Roman"/>
          <w:sz w:val="24"/>
          <w:szCs w:val="24"/>
          <w:lang w:val="ro-RO"/>
        </w:rPr>
        <w:t xml:space="preserve">], cu sediul în ____________, înregistrată la O.N.R.C. sub nr. ____/____/_____, CUI ____________, 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 xml:space="preserve">în calitate de Solicitant în cadrul apelului de proiecte _______________, din cadrul Intervenției </w:t>
      </w:r>
      <w:r w:rsidR="00075E46" w:rsidRPr="00364E24">
        <w:rPr>
          <w:rFonts w:ascii="Cambria" w:hAnsi="Cambria" w:cs="Times New Roman"/>
          <w:sz w:val="24"/>
          <w:szCs w:val="24"/>
          <w:lang w:val="ro-RO"/>
        </w:rPr>
        <w:t xml:space="preserve">nr. </w:t>
      </w:r>
      <w:r w:rsidR="00EF38A9" w:rsidRPr="00364E24">
        <w:rPr>
          <w:rFonts w:ascii="Cambria" w:hAnsi="Cambria" w:cs="Times New Roman"/>
          <w:sz w:val="24"/>
          <w:szCs w:val="24"/>
          <w:lang w:val="ro-RO"/>
        </w:rPr>
        <w:t>5</w:t>
      </w:r>
      <w:r w:rsidR="00E628C8" w:rsidRPr="00364E24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>„</w:t>
      </w:r>
      <w:r w:rsidR="00EF38A9" w:rsidRPr="00364E24">
        <w:rPr>
          <w:rFonts w:ascii="Cambria" w:hAnsi="Cambria" w:cs="Times New Roman"/>
          <w:sz w:val="24"/>
          <w:szCs w:val="24"/>
          <w:lang w:val="ro-RO"/>
        </w:rPr>
        <w:t xml:space="preserve">Dezvoltarea și promovarea </w:t>
      </w:r>
      <w:proofErr w:type="spellStart"/>
      <w:r w:rsidR="00EF38A9" w:rsidRPr="00364E24">
        <w:rPr>
          <w:rFonts w:ascii="Cambria" w:hAnsi="Cambria" w:cs="Times New Roman"/>
          <w:sz w:val="24"/>
          <w:szCs w:val="24"/>
          <w:lang w:val="ro-RO"/>
        </w:rPr>
        <w:t>antreprenoriatului</w:t>
      </w:r>
      <w:proofErr w:type="spellEnd"/>
      <w:r w:rsidR="00EF38A9" w:rsidRPr="00364E24">
        <w:rPr>
          <w:rFonts w:ascii="Cambria" w:hAnsi="Cambria" w:cs="Times New Roman"/>
          <w:sz w:val="24"/>
          <w:szCs w:val="24"/>
          <w:lang w:val="ro-RO"/>
        </w:rPr>
        <w:t xml:space="preserve"> în teritoriul GAL Ștefan cel Mare</w:t>
      </w:r>
      <w:r w:rsidR="00F97DC6" w:rsidRPr="00364E24">
        <w:rPr>
          <w:rFonts w:ascii="Cambria" w:hAnsi="Cambria" w:cs="Times New Roman"/>
          <w:sz w:val="24"/>
          <w:szCs w:val="24"/>
          <w:lang w:val="ro-RO"/>
        </w:rPr>
        <w:t>”</w:t>
      </w:r>
      <w:r w:rsidRPr="00364E24">
        <w:rPr>
          <w:rFonts w:ascii="Cambria" w:hAnsi="Cambria" w:cs="Times New Roman"/>
          <w:sz w:val="24"/>
          <w:szCs w:val="24"/>
          <w:lang w:val="ro-RO"/>
        </w:rPr>
        <w:t xml:space="preserve">, </w:t>
      </w:r>
      <w:r w:rsidR="00075E46" w:rsidRPr="00364E24">
        <w:rPr>
          <w:rFonts w:ascii="Cambria" w:hAnsi="Cambria" w:cs="Times New Roman"/>
          <w:sz w:val="24"/>
          <w:szCs w:val="24"/>
          <w:lang w:val="ro-RO"/>
        </w:rPr>
        <w:t xml:space="preserve">din cadrul apelului deschis de GAL </w:t>
      </w:r>
      <w:r w:rsidR="005D039D" w:rsidRPr="00364E24">
        <w:rPr>
          <w:rFonts w:ascii="Cambria" w:hAnsi="Cambria" w:cs="Times New Roman"/>
          <w:sz w:val="24"/>
          <w:szCs w:val="24"/>
          <w:lang w:val="ro-RO"/>
        </w:rPr>
        <w:t xml:space="preserve">Ștefan cel Mare </w:t>
      </w:r>
      <w:r w:rsidRPr="00364E24">
        <w:rPr>
          <w:rFonts w:ascii="Cambria" w:hAnsi="Cambria" w:cs="Times New Roman"/>
          <w:sz w:val="24"/>
          <w:szCs w:val="24"/>
          <w:lang w:val="ro-RO"/>
        </w:rPr>
        <w:t>declar prin prezenta</w:t>
      </w:r>
      <w:r w:rsidR="00364E24" w:rsidRPr="00364E24">
        <w:rPr>
          <w:rFonts w:ascii="Cambria" w:hAnsi="Cambria" w:cs="Times New Roman"/>
          <w:sz w:val="24"/>
          <w:szCs w:val="24"/>
          <w:lang w:val="ro-RO"/>
        </w:rPr>
        <w:t>, cunoscând prevederile art. 326 din Codul Penal privind falsul în declarații, următoarele:</w:t>
      </w:r>
    </w:p>
    <w:p w14:paraId="2614D60C" w14:textId="62594CB2" w:rsidR="00364E24" w:rsidRPr="00364E24" w:rsidRDefault="00000000" w:rsidP="00364E24">
      <w:pPr>
        <w:jc w:val="both"/>
        <w:rPr>
          <w:rFonts w:ascii="Cambria" w:hAnsi="Cambria" w:cs="Times New Roman"/>
          <w:sz w:val="24"/>
          <w:szCs w:val="24"/>
          <w:lang w:val="ro-RO"/>
        </w:rPr>
      </w:pPr>
      <w:sdt>
        <w:sdtPr>
          <w:rPr>
            <w:rFonts w:ascii="Cambria" w:hAnsi="Cambria" w:cs="Times New Roman"/>
            <w:sz w:val="24"/>
            <w:szCs w:val="24"/>
            <w:lang w:val="ro-RO"/>
          </w:rPr>
          <w:id w:val="-594557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E24" w:rsidRPr="00364E24">
            <w:rPr>
              <w:rFonts w:ascii="MS Gothic" w:eastAsia="MS Gothic" w:hAnsi="MS Gothic" w:cs="Times New Roman"/>
              <w:sz w:val="24"/>
              <w:szCs w:val="24"/>
              <w:lang w:val="ro-RO"/>
            </w:rPr>
            <w:t>☐</w:t>
          </w:r>
        </w:sdtContent>
      </w:sdt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Declar că </w:t>
      </w:r>
      <w:r w:rsidR="00364E24" w:rsidRPr="00364E24">
        <w:rPr>
          <w:rFonts w:ascii="Cambria" w:hAnsi="Cambria" w:cs="Times New Roman"/>
          <w:b/>
          <w:bCs/>
          <w:sz w:val="24"/>
          <w:szCs w:val="24"/>
          <w:lang w:val="ro-RO"/>
        </w:rPr>
        <w:t>NU am beneficiat / NU am derulat</w:t>
      </w:r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niciun proiect cu finanțare nerambursabilă în cadrul:</w:t>
      </w:r>
    </w:p>
    <w:p w14:paraId="086452AB" w14:textId="77777777" w:rsidR="00364E24" w:rsidRPr="00364E24" w:rsidRDefault="00364E24" w:rsidP="00364E24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Programului Național de Dezvoltare Rurală (PNDR) 2007-2013, inclusiv perioada de tranziție;</w:t>
      </w:r>
    </w:p>
    <w:p w14:paraId="0BC42877" w14:textId="77777777" w:rsidR="00364E24" w:rsidRPr="00364E24" w:rsidRDefault="00364E24" w:rsidP="00364E24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Programului Național de Dezvoltare Rurală (PNDR) 2014–2020, inclusiv perioada de tranziție;</w:t>
      </w:r>
    </w:p>
    <w:p w14:paraId="7F511580" w14:textId="77777777" w:rsidR="00364E24" w:rsidRPr="00364E24" w:rsidRDefault="00364E24" w:rsidP="00364E24">
      <w:pPr>
        <w:numPr>
          <w:ilvl w:val="0"/>
          <w:numId w:val="10"/>
        </w:numPr>
        <w:spacing w:after="160" w:line="259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Planului Național Strategic (PS PAC) 2023–2027;</w:t>
      </w:r>
    </w:p>
    <w:p w14:paraId="64B2B926" w14:textId="16E02919" w:rsidR="00364E24" w:rsidRPr="00364E24" w:rsidRDefault="00000000" w:rsidP="00364E24">
      <w:pPr>
        <w:jc w:val="both"/>
        <w:rPr>
          <w:rFonts w:ascii="Cambria" w:hAnsi="Cambria" w:cs="Times New Roman"/>
          <w:sz w:val="24"/>
          <w:szCs w:val="24"/>
          <w:lang w:val="ro-RO"/>
        </w:rPr>
      </w:pPr>
      <w:sdt>
        <w:sdtPr>
          <w:rPr>
            <w:rFonts w:ascii="Cambria" w:hAnsi="Cambria" w:cs="Times New Roman"/>
            <w:sz w:val="24"/>
            <w:szCs w:val="24"/>
            <w:lang w:val="ro-RO"/>
          </w:rPr>
          <w:id w:val="1887363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E24" w:rsidRPr="00364E24">
            <w:rPr>
              <w:rFonts w:ascii="Segoe UI Symbol" w:eastAsia="MS Gothic" w:hAnsi="Segoe UI Symbol" w:cs="Segoe UI Symbol"/>
              <w:sz w:val="24"/>
              <w:szCs w:val="24"/>
              <w:lang w:val="ro-RO"/>
            </w:rPr>
            <w:t>☐</w:t>
          </w:r>
        </w:sdtContent>
      </w:sdt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Declar că </w:t>
      </w:r>
      <w:r w:rsidR="00364E24" w:rsidRPr="00364E24">
        <w:rPr>
          <w:rFonts w:ascii="Cambria" w:hAnsi="Cambria" w:cs="Times New Roman"/>
          <w:b/>
          <w:bCs/>
          <w:sz w:val="24"/>
          <w:szCs w:val="24"/>
          <w:lang w:val="ro-RO"/>
        </w:rPr>
        <w:t>am beneficiat de finanțare nerambursabilă</w:t>
      </w:r>
      <w:r w:rsidR="00364E24" w:rsidRPr="00364E24">
        <w:rPr>
          <w:rFonts w:ascii="Cambria" w:hAnsi="Cambria" w:cs="Times New Roman"/>
          <w:sz w:val="24"/>
          <w:szCs w:val="24"/>
          <w:lang w:val="ro-RO"/>
        </w:rPr>
        <w:t xml:space="preserve"> în cadrul unuia sau mai multor programe menționate mai sus.</w:t>
      </w:r>
    </w:p>
    <w:p w14:paraId="3C18C3DB" w14:textId="1F2CBCB5" w:rsidR="00364E24" w:rsidRPr="00364E24" w:rsidRDefault="00364E24" w:rsidP="00364E24">
      <w:pPr>
        <w:spacing w:after="0"/>
        <w:jc w:val="both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364E24">
        <w:rPr>
          <w:rFonts w:ascii="Cambria" w:hAnsi="Cambria" w:cs="Times New Roman"/>
          <w:b/>
          <w:bCs/>
          <w:sz w:val="24"/>
          <w:szCs w:val="24"/>
          <w:lang w:val="ro-RO"/>
        </w:rPr>
        <w:t xml:space="preserve">Declar că informațiile prezentate sunt complete, reale și conforme cu realitatea la data semnării prezentei declarații. Înțeleg că orice declarație falsă, </w:t>
      </w:r>
      <w:r w:rsidRPr="00364E24">
        <w:rPr>
          <w:rFonts w:ascii="Cambria" w:eastAsia="Times New Roman" w:hAnsi="Cambria" w:cs="Arial"/>
          <w:b/>
          <w:bCs/>
          <w:sz w:val="24"/>
          <w:szCs w:val="24"/>
          <w:lang w:val="ro-RO" w:eastAsia="ro-RO"/>
        </w:rPr>
        <w:t>omisiune sau incorectitudine în prezentarea informațiilor, în scopul de a obține avantaje pecuniare,</w:t>
      </w:r>
      <w:r w:rsidRPr="00364E24">
        <w:rPr>
          <w:rFonts w:ascii="Cambria" w:hAnsi="Cambria" w:cs="Times New Roman"/>
          <w:b/>
          <w:bCs/>
          <w:sz w:val="24"/>
          <w:szCs w:val="24"/>
          <w:lang w:val="ro-RO"/>
        </w:rPr>
        <w:t xml:space="preserve"> poate atrage răspunderea civilă, administrativă sau penală, conform legislației în vigoare.</w:t>
      </w:r>
    </w:p>
    <w:p w14:paraId="1D1E70DE" w14:textId="77777777" w:rsidR="00364E24" w:rsidRPr="00364E24" w:rsidRDefault="00364E24" w:rsidP="00364E24">
      <w:pPr>
        <w:spacing w:after="0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049C15FB" w14:textId="12502FA4" w:rsidR="00704A40" w:rsidRPr="00364E24" w:rsidRDefault="00000000" w:rsidP="00E628C8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Prezenta declarație este dată astăzi, _______________, pentru a fi anexată documentației de proiect.</w:t>
      </w:r>
    </w:p>
    <w:p w14:paraId="7303E093" w14:textId="29406FC9" w:rsidR="00704A40" w:rsidRPr="00364E24" w:rsidRDefault="00000000" w:rsidP="00364E24">
      <w:pPr>
        <w:spacing w:after="0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Semnătura: __________________________</w:t>
      </w:r>
    </w:p>
    <w:p w14:paraId="76CB4F8D" w14:textId="77777777" w:rsidR="00704A40" w:rsidRPr="00364E24" w:rsidRDefault="00000000" w:rsidP="00364E24">
      <w:pPr>
        <w:spacing w:after="0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Nume și prenume: _____________________</w:t>
      </w:r>
    </w:p>
    <w:p w14:paraId="54664D7C" w14:textId="5A4137B4" w:rsidR="00704A40" w:rsidRPr="00364E24" w:rsidRDefault="00000000" w:rsidP="00364E24">
      <w:pPr>
        <w:spacing w:after="0"/>
        <w:rPr>
          <w:rFonts w:ascii="Cambria" w:hAnsi="Cambria" w:cs="Times New Roman"/>
          <w:sz w:val="24"/>
          <w:szCs w:val="24"/>
          <w:lang w:val="ro-RO"/>
        </w:rPr>
      </w:pPr>
      <w:r w:rsidRPr="00364E24">
        <w:rPr>
          <w:rFonts w:ascii="Cambria" w:hAnsi="Cambria" w:cs="Times New Roman"/>
          <w:sz w:val="24"/>
          <w:szCs w:val="24"/>
          <w:lang w:val="ro-RO"/>
        </w:rPr>
        <w:t>Funcția: _____________________________</w:t>
      </w:r>
    </w:p>
    <w:sectPr w:rsidR="00704A40" w:rsidRPr="00364E24" w:rsidSect="007F27F8">
      <w:headerReference w:type="default" r:id="rId8"/>
      <w:pgSz w:w="12240" w:h="15840"/>
      <w:pgMar w:top="2165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FE2C" w14:textId="77777777" w:rsidR="001179AC" w:rsidRDefault="001179AC" w:rsidP="00E628C8">
      <w:pPr>
        <w:spacing w:after="0" w:line="240" w:lineRule="auto"/>
      </w:pPr>
      <w:r>
        <w:separator/>
      </w:r>
    </w:p>
  </w:endnote>
  <w:endnote w:type="continuationSeparator" w:id="0">
    <w:p w14:paraId="352E5938" w14:textId="77777777" w:rsidR="001179AC" w:rsidRDefault="001179AC" w:rsidP="00E6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7A33" w14:textId="77777777" w:rsidR="001179AC" w:rsidRDefault="001179AC" w:rsidP="00E628C8">
      <w:pPr>
        <w:spacing w:after="0" w:line="240" w:lineRule="auto"/>
      </w:pPr>
      <w:r>
        <w:separator/>
      </w:r>
    </w:p>
  </w:footnote>
  <w:footnote w:type="continuationSeparator" w:id="0">
    <w:p w14:paraId="036FA02D" w14:textId="77777777" w:rsidR="001179AC" w:rsidRDefault="001179AC" w:rsidP="00E6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31CA" w14:textId="77C9D1F4" w:rsidR="00E628C8" w:rsidRDefault="007F27F8" w:rsidP="00E628C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DFBE08" wp14:editId="1423AB6B">
          <wp:simplePos x="0" y="0"/>
          <wp:positionH relativeFrom="column">
            <wp:posOffset>4805680</wp:posOffset>
          </wp:positionH>
          <wp:positionV relativeFrom="paragraph">
            <wp:posOffset>608965</wp:posOffset>
          </wp:positionV>
          <wp:extent cx="1054100" cy="425450"/>
          <wp:effectExtent l="0" t="0" r="0" b="0"/>
          <wp:wrapNone/>
          <wp:docPr id="183665643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28C8">
      <w:rPr>
        <w:noProof/>
      </w:rPr>
      <w:drawing>
        <wp:inline distT="0" distB="0" distL="0" distR="0" wp14:anchorId="1A5AFF88" wp14:editId="24EB6398">
          <wp:extent cx="5821680" cy="600573"/>
          <wp:effectExtent l="0" t="0" r="0" b="9525"/>
          <wp:docPr id="876219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037CA" w14:textId="56D30092" w:rsidR="007F27F8" w:rsidRPr="00E628C8" w:rsidRDefault="007F27F8" w:rsidP="00E62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047E7C"/>
    <w:multiLevelType w:val="multilevel"/>
    <w:tmpl w:val="3E1E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844716">
    <w:abstractNumId w:val="8"/>
  </w:num>
  <w:num w:numId="2" w16cid:durableId="811024152">
    <w:abstractNumId w:val="6"/>
  </w:num>
  <w:num w:numId="3" w16cid:durableId="997460007">
    <w:abstractNumId w:val="5"/>
  </w:num>
  <w:num w:numId="4" w16cid:durableId="1611859710">
    <w:abstractNumId w:val="4"/>
  </w:num>
  <w:num w:numId="5" w16cid:durableId="1842574400">
    <w:abstractNumId w:val="7"/>
  </w:num>
  <w:num w:numId="6" w16cid:durableId="1526286525">
    <w:abstractNumId w:val="3"/>
  </w:num>
  <w:num w:numId="7" w16cid:durableId="599065317">
    <w:abstractNumId w:val="2"/>
  </w:num>
  <w:num w:numId="8" w16cid:durableId="42601915">
    <w:abstractNumId w:val="1"/>
  </w:num>
  <w:num w:numId="9" w16cid:durableId="175577549">
    <w:abstractNumId w:val="0"/>
  </w:num>
  <w:num w:numId="10" w16cid:durableId="1747141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075E46"/>
    <w:rsid w:val="00077214"/>
    <w:rsid w:val="000F0016"/>
    <w:rsid w:val="001179AC"/>
    <w:rsid w:val="0015074B"/>
    <w:rsid w:val="001F00BD"/>
    <w:rsid w:val="002708B9"/>
    <w:rsid w:val="0029639D"/>
    <w:rsid w:val="002F4AE5"/>
    <w:rsid w:val="002F57E2"/>
    <w:rsid w:val="00326F90"/>
    <w:rsid w:val="00352F3E"/>
    <w:rsid w:val="00364E24"/>
    <w:rsid w:val="003E7021"/>
    <w:rsid w:val="005D039D"/>
    <w:rsid w:val="00704A40"/>
    <w:rsid w:val="007A4988"/>
    <w:rsid w:val="007F27F8"/>
    <w:rsid w:val="00AA1D8D"/>
    <w:rsid w:val="00B47730"/>
    <w:rsid w:val="00C0012A"/>
    <w:rsid w:val="00CB0664"/>
    <w:rsid w:val="00DA18C7"/>
    <w:rsid w:val="00E628C8"/>
    <w:rsid w:val="00EF38A9"/>
    <w:rsid w:val="00F97D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F91EE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10</cp:revision>
  <dcterms:created xsi:type="dcterms:W3CDTF">2013-12-23T23:15:00Z</dcterms:created>
  <dcterms:modified xsi:type="dcterms:W3CDTF">2025-08-20T18:17:00Z</dcterms:modified>
  <cp:category/>
</cp:coreProperties>
</file>