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5E82" w14:textId="78EE9A60" w:rsidR="00DC6412" w:rsidRPr="003273EE" w:rsidRDefault="00DC6412" w:rsidP="00DC6412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Formular nr. </w:t>
      </w:r>
      <w:r>
        <w:rPr>
          <w:rFonts w:asciiTheme="minorHAnsi" w:hAnsiTheme="minorHAnsi"/>
          <w:color w:val="auto"/>
          <w:sz w:val="24"/>
          <w:szCs w:val="24"/>
          <w:lang w:val="ro-RO"/>
        </w:rPr>
        <w:t>5</w:t>
      </w: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I5 </w:t>
      </w:r>
    </w:p>
    <w:p w14:paraId="2D37423B" w14:textId="72A25FE1" w:rsidR="00F31DAD" w:rsidRPr="00E90FF3" w:rsidRDefault="00000000" w:rsidP="003478A2">
      <w:pPr>
        <w:pStyle w:val="Heading1"/>
        <w:jc w:val="center"/>
        <w:rPr>
          <w:rFonts w:ascii="Cambria" w:hAnsi="Cambria"/>
          <w:color w:val="auto"/>
          <w:sz w:val="24"/>
          <w:szCs w:val="24"/>
          <w:lang w:val="ro-RO"/>
        </w:rPr>
      </w:pPr>
      <w:r w:rsidRPr="00E90FF3">
        <w:rPr>
          <w:rFonts w:ascii="Cambria" w:hAnsi="Cambria"/>
          <w:color w:val="auto"/>
          <w:sz w:val="24"/>
          <w:szCs w:val="24"/>
          <w:lang w:val="ro-RO"/>
        </w:rPr>
        <w:t>DECLARAȚIE PE PROPRIA RĂSPUNDERE</w:t>
      </w:r>
    </w:p>
    <w:p w14:paraId="3BF4A56B" w14:textId="77777777" w:rsidR="00F31DAD" w:rsidRPr="00E90FF3" w:rsidRDefault="00F31DAD">
      <w:pPr>
        <w:rPr>
          <w:rFonts w:ascii="Cambria" w:hAnsi="Cambria"/>
          <w:lang w:val="ro-RO"/>
        </w:rPr>
      </w:pPr>
    </w:p>
    <w:p w14:paraId="337ADC37" w14:textId="74A55B98" w:rsidR="00F31DAD" w:rsidRPr="00E90FF3" w:rsidRDefault="00000000" w:rsidP="00E90FF3">
      <w:pPr>
        <w:ind w:firstLine="720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 xml:space="preserve">Subsemnatul(a), [Nume și prenume], identificat(ă) prin C.I. seria ___ nr. ___, eliberată de ___ la data de ___, în calitate de reprezentant legal al [denumirea firmei], cu sediul în ____________, înregistrată la O.N.R.C. sub nr. J____/____/_____, CUI ____________, </w:t>
      </w:r>
      <w:r w:rsidR="003478A2" w:rsidRPr="00E90FF3">
        <w:rPr>
          <w:rFonts w:ascii="Cambria" w:hAnsi="Cambria"/>
          <w:lang w:val="ro-RO"/>
        </w:rPr>
        <w:t>în calitate de Solicitant în cadrul apelului de proiecte _______________,</w:t>
      </w:r>
      <w:r w:rsidRPr="00E90FF3">
        <w:rPr>
          <w:rFonts w:ascii="Cambria" w:hAnsi="Cambria"/>
          <w:lang w:val="ro-RO"/>
        </w:rPr>
        <w:t xml:space="preserve"> </w:t>
      </w:r>
      <w:bookmarkStart w:id="0" w:name="_Hlk198979296"/>
      <w:r w:rsidR="003478A2" w:rsidRPr="00E90FF3">
        <w:rPr>
          <w:rFonts w:ascii="Cambria" w:hAnsi="Cambria"/>
          <w:lang w:val="ro-RO"/>
        </w:rPr>
        <w:t>din cadrul</w:t>
      </w:r>
      <w:r w:rsidRPr="00E90FF3">
        <w:rPr>
          <w:rFonts w:ascii="Cambria" w:hAnsi="Cambria"/>
          <w:lang w:val="ro-RO"/>
        </w:rPr>
        <w:t xml:space="preserve"> Intervenți</w:t>
      </w:r>
      <w:r w:rsidR="003478A2" w:rsidRPr="00E90FF3">
        <w:rPr>
          <w:rFonts w:ascii="Cambria" w:hAnsi="Cambria"/>
          <w:lang w:val="ro-RO"/>
        </w:rPr>
        <w:t>ei</w:t>
      </w:r>
      <w:r w:rsidR="00A205A6" w:rsidRPr="00E90FF3">
        <w:rPr>
          <w:rFonts w:ascii="Cambria" w:hAnsi="Cambria"/>
          <w:lang w:val="ro-RO"/>
        </w:rPr>
        <w:t xml:space="preserve"> 5</w:t>
      </w:r>
      <w:r w:rsidRPr="00E90FF3">
        <w:rPr>
          <w:rFonts w:ascii="Cambria" w:hAnsi="Cambria"/>
          <w:lang w:val="ro-RO"/>
        </w:rPr>
        <w:t xml:space="preserve"> „</w:t>
      </w:r>
      <w:r w:rsidR="00A205A6" w:rsidRPr="00E90FF3">
        <w:rPr>
          <w:rFonts w:ascii="Cambria" w:hAnsi="Cambria"/>
          <w:lang w:val="ro-RO"/>
        </w:rPr>
        <w:t xml:space="preserve">Dezvoltarea și promovarea </w:t>
      </w:r>
      <w:proofErr w:type="spellStart"/>
      <w:r w:rsidR="00A205A6" w:rsidRPr="00E90FF3">
        <w:rPr>
          <w:rFonts w:ascii="Cambria" w:hAnsi="Cambria"/>
          <w:lang w:val="ro-RO"/>
        </w:rPr>
        <w:t>antreprenoriatului</w:t>
      </w:r>
      <w:proofErr w:type="spellEnd"/>
      <w:r w:rsidR="00A205A6" w:rsidRPr="00E90FF3">
        <w:rPr>
          <w:rFonts w:ascii="Cambria" w:hAnsi="Cambria"/>
          <w:lang w:val="ro-RO"/>
        </w:rPr>
        <w:t xml:space="preserve"> în teritoriul GAL Ștefan cel Mare</w:t>
      </w:r>
      <w:r w:rsidRPr="00E90FF3">
        <w:rPr>
          <w:rFonts w:ascii="Cambria" w:hAnsi="Cambria"/>
          <w:lang w:val="ro-RO"/>
        </w:rPr>
        <w:t>”,</w:t>
      </w:r>
      <w:bookmarkEnd w:id="0"/>
      <w:r w:rsidRPr="00E90FF3">
        <w:rPr>
          <w:rFonts w:ascii="Cambria" w:hAnsi="Cambria"/>
          <w:lang w:val="ro-RO"/>
        </w:rPr>
        <w:t xml:space="preserve"> declar pe propria răspundere, cunoscând prevederile art. 326 Cod Penal privind falsul în declarații, următoarele:</w:t>
      </w:r>
    </w:p>
    <w:p w14:paraId="33CC64CC" w14:textId="6BB5AB0B" w:rsidR="00B9032C" w:rsidRDefault="00B9032C" w:rsidP="00B9032C">
      <w:pPr>
        <w:pStyle w:val="ListParagraph"/>
        <w:numPr>
          <w:ilvl w:val="0"/>
          <w:numId w:val="10"/>
        </w:numPr>
        <w:spacing w:after="0" w:line="240" w:lineRule="auto"/>
        <w:ind w:left="360"/>
        <w:jc w:val="both"/>
        <w:rPr>
          <w:lang w:val="ro-RO"/>
        </w:rPr>
      </w:pPr>
      <w:r w:rsidRPr="00B9032C">
        <w:rPr>
          <w:rFonts w:ascii="Cambria" w:hAnsi="Cambria"/>
          <w:lang w:val="ro-RO"/>
        </w:rPr>
        <w:t>Mă angajez</w:t>
      </w:r>
      <w:r w:rsidR="003478A2" w:rsidRPr="00E90FF3">
        <w:rPr>
          <w:rFonts w:ascii="Cambria" w:hAnsi="Cambria"/>
          <w:lang w:val="ro-RO"/>
        </w:rPr>
        <w:t xml:space="preserve"> până la finalizarea implementării proiectului, cel târziu odată cu </w:t>
      </w:r>
      <w:r w:rsidRPr="00035D63">
        <w:rPr>
          <w:lang w:val="ro-RO"/>
        </w:rPr>
        <w:t xml:space="preserve">depunerea </w:t>
      </w:r>
      <w:r w:rsidR="003478A2" w:rsidRPr="00E90FF3">
        <w:rPr>
          <w:rFonts w:ascii="Cambria" w:hAnsi="Cambria"/>
          <w:lang w:val="ro-RO"/>
        </w:rPr>
        <w:t>cerer</w:t>
      </w:r>
      <w:r>
        <w:rPr>
          <w:rFonts w:ascii="Cambria" w:hAnsi="Cambria"/>
          <w:lang w:val="ro-RO"/>
        </w:rPr>
        <w:t>ii</w:t>
      </w:r>
      <w:r w:rsidR="00937D1B" w:rsidRPr="00E90FF3">
        <w:rPr>
          <w:rFonts w:ascii="Cambria" w:hAnsi="Cambria"/>
          <w:lang w:val="ro-RO"/>
        </w:rPr>
        <w:t xml:space="preserve"> </w:t>
      </w:r>
      <w:r w:rsidR="003478A2" w:rsidRPr="00E90FF3">
        <w:rPr>
          <w:rFonts w:ascii="Cambria" w:hAnsi="Cambria"/>
          <w:lang w:val="ro-RO"/>
        </w:rPr>
        <w:t xml:space="preserve">de plată </w:t>
      </w:r>
      <w:r w:rsidR="00937D1B" w:rsidRPr="00E90FF3">
        <w:rPr>
          <w:rFonts w:ascii="Cambria" w:hAnsi="Cambria"/>
          <w:lang w:val="ro-RO"/>
        </w:rPr>
        <w:t>tranșa 2</w:t>
      </w:r>
      <w:r>
        <w:rPr>
          <w:rFonts w:ascii="Cambria" w:hAnsi="Cambria"/>
          <w:lang w:val="ro-RO"/>
        </w:rPr>
        <w:t>,</w:t>
      </w:r>
      <w:r w:rsidR="003478A2" w:rsidRPr="00E90FF3">
        <w:rPr>
          <w:rFonts w:ascii="Cambria" w:hAnsi="Cambria"/>
          <w:lang w:val="ro-RO"/>
        </w:rPr>
        <w:t xml:space="preserve"> </w:t>
      </w:r>
      <w:r w:rsidRPr="00035D63">
        <w:rPr>
          <w:lang w:val="ro-RO"/>
        </w:rPr>
        <w:t>să transmit către GAL Ștefan cel Mare un scurtmetraj de prezentare a proiectului și a impactului investiției la finalizarea acestuia, ținând cont de următoarele condiții:</w:t>
      </w:r>
    </w:p>
    <w:p w14:paraId="4343A74C" w14:textId="77777777" w:rsidR="00B9032C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Materialul video transmis reprezintă scurtmetrajul de prezentare a proiectului implementat</w:t>
      </w:r>
      <w:r>
        <w:rPr>
          <w:rFonts w:ascii="Cambria" w:hAnsi="Cambria"/>
          <w:lang w:val="ro-RO"/>
        </w:rPr>
        <w:t xml:space="preserve"> și va respecta următoarele specificații:</w:t>
      </w:r>
    </w:p>
    <w:p w14:paraId="1575E980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durată va fi de minimă de 2 minute și maximă de 5 minute;</w:t>
      </w:r>
    </w:p>
    <w:p w14:paraId="678B93A3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conține imagini / video reale cu activitatea/produsul/serviciul rezultat în urma implementării;</w:t>
      </w:r>
    </w:p>
    <w:p w14:paraId="70ABC0A2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include o voce narativă sau subtitrări care explică scopul și rezultatele proiectului;</w:t>
      </w:r>
    </w:p>
    <w:p w14:paraId="080A00B0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menționa sprijinul financiar acordat prin GAL Ștefan cel Mare și finanțarea din FEADR;</w:t>
      </w:r>
    </w:p>
    <w:p w14:paraId="02C920E8" w14:textId="77777777" w:rsidR="00B9032C" w:rsidRDefault="00B9032C" w:rsidP="00B9032C">
      <w:pPr>
        <w:pStyle w:val="ListParagraph"/>
        <w:numPr>
          <w:ilvl w:val="0"/>
          <w:numId w:val="13"/>
        </w:numPr>
        <w:spacing w:after="0" w:line="240" w:lineRule="auto"/>
        <w:ind w:left="990" w:hanging="180"/>
        <w:jc w:val="both"/>
        <w:rPr>
          <w:rFonts w:ascii="Cambria" w:hAnsi="Cambria"/>
          <w:lang w:val="ro-RO"/>
        </w:rPr>
      </w:pPr>
      <w:r w:rsidRPr="004A27A2">
        <w:rPr>
          <w:rFonts w:ascii="Cambria" w:hAnsi="Cambria"/>
          <w:lang w:val="ro-RO"/>
        </w:rPr>
        <w:t>va respecta standardele de calitate (video minim HD, sunet clar, format .mp4 sau .mov).</w:t>
      </w:r>
    </w:p>
    <w:p w14:paraId="790003E6" w14:textId="77777777" w:rsidR="00B9032C" w:rsidRPr="00AC30DE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>Conținutul reflectă în mod fidel obiectivele inițiale ale proiectului, activitățile desfășurate și rezultatele obținute, impactul investiției pentru beneficiar și valoarea adăugată pentru  comunitate, promovarea valorilor locale și a teritoriului GAL Ștefan cel Mare.</w:t>
      </w:r>
    </w:p>
    <w:p w14:paraId="10A2816D" w14:textId="77777777" w:rsidR="00B9032C" w:rsidRPr="00AC30DE" w:rsidRDefault="00B9032C" w:rsidP="00B9032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Cambria" w:hAnsi="Cambria"/>
          <w:lang w:val="ro-RO"/>
        </w:rPr>
      </w:pPr>
      <w:r w:rsidRPr="00AC30DE">
        <w:rPr>
          <w:color w:val="000000" w:themeColor="text1"/>
          <w:lang w:val="ro-RO"/>
        </w:rPr>
        <w:t>Scurtmetrajul va fi realizat în scop non-comercial și respectă toate drepturile de autor aplicabile (muzică, imagini, logo-uri etc.).</w:t>
      </w:r>
    </w:p>
    <w:p w14:paraId="454BE82C" w14:textId="77777777" w:rsidR="00B9032C" w:rsidRPr="00035D63" w:rsidRDefault="00B9032C" w:rsidP="00B9032C">
      <w:pPr>
        <w:spacing w:after="0" w:line="240" w:lineRule="auto"/>
        <w:jc w:val="both"/>
        <w:rPr>
          <w:lang w:val="ro-RO"/>
        </w:rPr>
      </w:pPr>
    </w:p>
    <w:p w14:paraId="0C16B4F5" w14:textId="77777777" w:rsidR="00B9032C" w:rsidRPr="00035D63" w:rsidRDefault="00B9032C" w:rsidP="00B9032C">
      <w:p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>b) Îmi exprim acordul cu privire la utilizarea scurtmetrajului de către Asociația Grupul de Acțiune Locală Ștefan cel Mare, în calitate de beneficiar,  pentru următoarele scopuri:</w:t>
      </w:r>
    </w:p>
    <w:p w14:paraId="5E28CDBB" w14:textId="77777777" w:rsidR="00B9032C" w:rsidRPr="00035D63" w:rsidRDefault="00B9032C" w:rsidP="00B903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Promovare în cadrul rețelelor de socializare: Facebook, </w:t>
      </w:r>
      <w:proofErr w:type="spellStart"/>
      <w:r w:rsidRPr="00035D63">
        <w:rPr>
          <w:lang w:val="ro-RO"/>
        </w:rPr>
        <w:t>Youtube</w:t>
      </w:r>
      <w:proofErr w:type="spellEnd"/>
      <w:r w:rsidRPr="00035D63">
        <w:rPr>
          <w:lang w:val="ro-RO"/>
        </w:rPr>
        <w:t xml:space="preserve">; site-ul Asociației; </w:t>
      </w:r>
    </w:p>
    <w:p w14:paraId="5E6957A6" w14:textId="77777777" w:rsidR="00B9032C" w:rsidRPr="00035D63" w:rsidRDefault="00B9032C" w:rsidP="00B9032C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lang w:val="ro-RO"/>
        </w:rPr>
      </w:pPr>
      <w:r w:rsidRPr="00035D63">
        <w:rPr>
          <w:lang w:val="ro-RO"/>
        </w:rPr>
        <w:t xml:space="preserve">Distribuirea către </w:t>
      </w:r>
      <w:r>
        <w:rPr>
          <w:lang w:val="ro-RO"/>
        </w:rPr>
        <w:t xml:space="preserve">Autoritatea de </w:t>
      </w:r>
      <w:proofErr w:type="spellStart"/>
      <w:r>
        <w:rPr>
          <w:lang w:val="ro-RO"/>
        </w:rPr>
        <w:t>Managament</w:t>
      </w:r>
      <w:proofErr w:type="spellEnd"/>
      <w:r>
        <w:rPr>
          <w:lang w:val="ro-RO"/>
        </w:rPr>
        <w:t xml:space="preserve">, </w:t>
      </w:r>
      <w:r w:rsidRPr="00035D63">
        <w:rPr>
          <w:lang w:val="ro-RO"/>
        </w:rPr>
        <w:t>publicul larg în vederea promovării proiectelor implementate</w:t>
      </w:r>
      <w:r>
        <w:rPr>
          <w:lang w:val="ro-RO"/>
        </w:rPr>
        <w:t>, informare și promovare a PS</w:t>
      </w:r>
      <w:r w:rsidRPr="00035D63">
        <w:rPr>
          <w:lang w:val="ro-RO"/>
        </w:rPr>
        <w:t>;</w:t>
      </w:r>
    </w:p>
    <w:p w14:paraId="0A54578C" w14:textId="77777777" w:rsidR="00B9032C" w:rsidRPr="00E603B4" w:rsidRDefault="00B9032C" w:rsidP="00B9032C">
      <w:pPr>
        <w:pStyle w:val="ListParagraph"/>
        <w:numPr>
          <w:ilvl w:val="0"/>
          <w:numId w:val="11"/>
        </w:numPr>
        <w:jc w:val="both"/>
        <w:rPr>
          <w:lang w:val="ro-RO"/>
        </w:rPr>
      </w:pPr>
      <w:r w:rsidRPr="00E603B4">
        <w:rPr>
          <w:lang w:val="ro-RO"/>
        </w:rPr>
        <w:t xml:space="preserve">Transmiterea de către beneficiar a imaginilor către terți în scopul exclusiv de realizare de materiale publicitare și/sau presa scrisă în vederea promovării </w:t>
      </w:r>
      <w:r>
        <w:rPr>
          <w:lang w:val="ro-RO"/>
        </w:rPr>
        <w:t>implementării SDL.</w:t>
      </w:r>
    </w:p>
    <w:p w14:paraId="71E6B20F" w14:textId="60AF39F9" w:rsidR="00F31DAD" w:rsidRPr="00E90FF3" w:rsidRDefault="00000000" w:rsidP="00B9032C">
      <w:pPr>
        <w:spacing w:after="0"/>
        <w:ind w:firstLine="720"/>
        <w:jc w:val="both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br/>
        <w:t>Data: _______________</w:t>
      </w:r>
    </w:p>
    <w:p w14:paraId="3A49E801" w14:textId="77777777" w:rsidR="00F31DAD" w:rsidRPr="00E90FF3" w:rsidRDefault="00000000" w:rsidP="00B9032C">
      <w:pPr>
        <w:spacing w:after="0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Semnătura: _______________</w:t>
      </w:r>
    </w:p>
    <w:p w14:paraId="40564043" w14:textId="77777777" w:rsidR="00F31DAD" w:rsidRPr="00E90FF3" w:rsidRDefault="00000000" w:rsidP="00B9032C">
      <w:pPr>
        <w:spacing w:after="0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Nume și prenume: _______________</w:t>
      </w:r>
    </w:p>
    <w:p w14:paraId="3594B4F1" w14:textId="706E8FA1" w:rsidR="00F31DAD" w:rsidRPr="00E90FF3" w:rsidRDefault="00000000" w:rsidP="00B9032C">
      <w:pPr>
        <w:spacing w:after="0"/>
        <w:rPr>
          <w:rFonts w:ascii="Cambria" w:hAnsi="Cambria"/>
          <w:lang w:val="ro-RO"/>
        </w:rPr>
      </w:pPr>
      <w:r w:rsidRPr="00E90FF3">
        <w:rPr>
          <w:rFonts w:ascii="Cambria" w:hAnsi="Cambria"/>
          <w:lang w:val="ro-RO"/>
        </w:rPr>
        <w:t>Funcția: _______________</w:t>
      </w:r>
    </w:p>
    <w:sectPr w:rsidR="00F31DAD" w:rsidRPr="00E90FF3" w:rsidSect="00E420EB">
      <w:headerReference w:type="default" r:id="rId8"/>
      <w:pgSz w:w="12240" w:h="15840"/>
      <w:pgMar w:top="1881" w:right="1797" w:bottom="1440" w:left="11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2552" w14:textId="77777777" w:rsidR="00FA7611" w:rsidRDefault="00FA7611" w:rsidP="00E90FF3">
      <w:pPr>
        <w:spacing w:after="0" w:line="240" w:lineRule="auto"/>
      </w:pPr>
      <w:r>
        <w:separator/>
      </w:r>
    </w:p>
  </w:endnote>
  <w:endnote w:type="continuationSeparator" w:id="0">
    <w:p w14:paraId="2A020C26" w14:textId="77777777" w:rsidR="00FA7611" w:rsidRDefault="00FA7611" w:rsidP="00E9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FC50" w14:textId="77777777" w:rsidR="00FA7611" w:rsidRDefault="00FA7611" w:rsidP="00E90FF3">
      <w:pPr>
        <w:spacing w:after="0" w:line="240" w:lineRule="auto"/>
      </w:pPr>
      <w:r>
        <w:separator/>
      </w:r>
    </w:p>
  </w:footnote>
  <w:footnote w:type="continuationSeparator" w:id="0">
    <w:p w14:paraId="26A6DBF5" w14:textId="77777777" w:rsidR="00FA7611" w:rsidRDefault="00FA7611" w:rsidP="00E9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3BF3" w14:textId="1DF7CF8A" w:rsidR="00E90FF3" w:rsidRDefault="00E420E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CC1492" wp14:editId="596C1346">
          <wp:simplePos x="0" y="0"/>
          <wp:positionH relativeFrom="column">
            <wp:posOffset>4767580</wp:posOffset>
          </wp:positionH>
          <wp:positionV relativeFrom="paragraph">
            <wp:posOffset>599440</wp:posOffset>
          </wp:positionV>
          <wp:extent cx="1054100" cy="425450"/>
          <wp:effectExtent l="0" t="0" r="0" b="0"/>
          <wp:wrapNone/>
          <wp:docPr id="16648209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0FF3">
      <w:rPr>
        <w:noProof/>
      </w:rPr>
      <w:drawing>
        <wp:inline distT="0" distB="0" distL="0" distR="0" wp14:anchorId="1B5C5692" wp14:editId="4071EF70">
          <wp:extent cx="5821680" cy="600573"/>
          <wp:effectExtent l="0" t="0" r="0" b="9525"/>
          <wp:docPr id="6188395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939" cy="60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4E17B0" w14:textId="6F760702" w:rsidR="00E420EB" w:rsidRDefault="00E42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710567840">
    <w:abstractNumId w:val="10"/>
  </w:num>
  <w:num w:numId="11" w16cid:durableId="998734738">
    <w:abstractNumId w:val="12"/>
  </w:num>
  <w:num w:numId="12" w16cid:durableId="120803171">
    <w:abstractNumId w:val="11"/>
  </w:num>
  <w:num w:numId="13" w16cid:durableId="937978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77214"/>
    <w:rsid w:val="0015074B"/>
    <w:rsid w:val="002708B9"/>
    <w:rsid w:val="0029639D"/>
    <w:rsid w:val="002F4AE5"/>
    <w:rsid w:val="00326F90"/>
    <w:rsid w:val="003478A2"/>
    <w:rsid w:val="005A7EEF"/>
    <w:rsid w:val="00865936"/>
    <w:rsid w:val="00884343"/>
    <w:rsid w:val="008F5B01"/>
    <w:rsid w:val="00937D1B"/>
    <w:rsid w:val="0098106C"/>
    <w:rsid w:val="00A205A6"/>
    <w:rsid w:val="00AA1D8D"/>
    <w:rsid w:val="00B47730"/>
    <w:rsid w:val="00B9032C"/>
    <w:rsid w:val="00CB0664"/>
    <w:rsid w:val="00D0685E"/>
    <w:rsid w:val="00DC6412"/>
    <w:rsid w:val="00E420EB"/>
    <w:rsid w:val="00E90FF3"/>
    <w:rsid w:val="00F31DAD"/>
    <w:rsid w:val="00F634D5"/>
    <w:rsid w:val="00FA76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9</cp:revision>
  <dcterms:created xsi:type="dcterms:W3CDTF">2013-12-23T23:15:00Z</dcterms:created>
  <dcterms:modified xsi:type="dcterms:W3CDTF">2025-08-20T18:14:00Z</dcterms:modified>
  <cp:category/>
</cp:coreProperties>
</file>