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B38D" w14:textId="77777777" w:rsidR="00FE568C" w:rsidRDefault="00FE568C" w:rsidP="00FE568C">
      <w:pPr>
        <w:pStyle w:val="Heading1"/>
        <w:spacing w:before="0"/>
        <w:ind w:left="-426" w:right="-574"/>
        <w:jc w:val="right"/>
        <w:rPr>
          <w:rFonts w:asciiTheme="minorHAnsi" w:hAnsiTheme="minorHAnsi"/>
          <w:color w:val="auto"/>
          <w:sz w:val="24"/>
          <w:szCs w:val="24"/>
          <w:lang w:val="ro-RO"/>
        </w:rPr>
      </w:pPr>
    </w:p>
    <w:p w14:paraId="67EC1341" w14:textId="608B942F" w:rsidR="00006EC7" w:rsidRPr="004460FD" w:rsidRDefault="00006EC7" w:rsidP="00FE568C">
      <w:pPr>
        <w:pStyle w:val="Heading1"/>
        <w:spacing w:before="0"/>
        <w:ind w:left="-426" w:right="-574"/>
        <w:jc w:val="right"/>
        <w:rPr>
          <w:rFonts w:asciiTheme="minorHAnsi" w:hAnsiTheme="minorHAnsi"/>
          <w:color w:val="auto"/>
          <w:sz w:val="24"/>
          <w:szCs w:val="24"/>
          <w:lang w:val="ro-RO"/>
        </w:rPr>
      </w:pPr>
      <w:r w:rsidRPr="004460FD">
        <w:rPr>
          <w:rFonts w:asciiTheme="minorHAnsi" w:hAnsiTheme="minorHAnsi"/>
          <w:color w:val="auto"/>
          <w:sz w:val="24"/>
          <w:szCs w:val="24"/>
          <w:lang w:val="ro-RO"/>
        </w:rPr>
        <w:t>Formular nr. 3I5</w:t>
      </w:r>
    </w:p>
    <w:p w14:paraId="63596F23" w14:textId="5945DAE9" w:rsidR="00FF7C4E" w:rsidRPr="004460FD" w:rsidRDefault="00000000" w:rsidP="00FE568C">
      <w:pPr>
        <w:pStyle w:val="Heading1"/>
        <w:spacing w:before="0"/>
        <w:ind w:left="-426" w:right="-574"/>
        <w:jc w:val="center"/>
        <w:rPr>
          <w:rFonts w:asciiTheme="minorHAnsi" w:hAnsiTheme="minorHAnsi"/>
          <w:color w:val="auto"/>
          <w:sz w:val="24"/>
          <w:szCs w:val="24"/>
          <w:lang w:val="ro-RO"/>
        </w:rPr>
      </w:pPr>
      <w:r w:rsidRPr="004460FD">
        <w:rPr>
          <w:rFonts w:asciiTheme="minorHAnsi" w:hAnsiTheme="minorHAnsi"/>
          <w:color w:val="auto"/>
          <w:sz w:val="24"/>
          <w:szCs w:val="24"/>
          <w:lang w:val="ro-RO"/>
        </w:rPr>
        <w:t>DECLARAȚIE PE PROPRIA RĂSPUNDERE</w:t>
      </w:r>
    </w:p>
    <w:p w14:paraId="417E0C24" w14:textId="77777777" w:rsidR="00006EC7" w:rsidRPr="004460FD" w:rsidRDefault="00006EC7" w:rsidP="00006EC7">
      <w:pPr>
        <w:ind w:left="-426" w:right="-574" w:firstLine="720"/>
        <w:rPr>
          <w:lang w:val="ro-RO"/>
        </w:rPr>
      </w:pPr>
    </w:p>
    <w:p w14:paraId="79098C98" w14:textId="646C8A6D" w:rsidR="00FF7C4E" w:rsidRPr="004460FD" w:rsidRDefault="00000000" w:rsidP="00006EC7">
      <w:pPr>
        <w:ind w:left="-426" w:right="-574" w:firstLine="720"/>
        <w:jc w:val="both"/>
        <w:rPr>
          <w:rFonts w:eastAsiaTheme="minorHAnsi" w:cstheme="minorHAnsi"/>
          <w:bCs/>
          <w:sz w:val="24"/>
          <w:szCs w:val="24"/>
          <w:lang w:val="ro-RO"/>
        </w:rPr>
      </w:pPr>
      <w:r w:rsidRPr="004460FD">
        <w:rPr>
          <w:rFonts w:eastAsiaTheme="minorHAnsi" w:cstheme="minorHAnsi"/>
          <w:bCs/>
          <w:sz w:val="24"/>
          <w:szCs w:val="24"/>
          <w:lang w:val="ro-RO"/>
        </w:rPr>
        <w:t>Subsemnatul/Subsemnata, [Nume și prenume], în calitate de [calitatea în cadrul întreprinderii – ex. administrator/asociat unic/titular II/PFA</w:t>
      </w:r>
      <w:r w:rsidR="00CB5B35" w:rsidRPr="004460FD">
        <w:rPr>
          <w:rFonts w:eastAsiaTheme="minorHAnsi" w:cstheme="minorHAnsi"/>
          <w:bCs/>
          <w:sz w:val="24"/>
          <w:szCs w:val="24"/>
          <w:lang w:val="ro-RO"/>
        </w:rPr>
        <w:t>/SC</w:t>
      </w:r>
      <w:r w:rsidRPr="004460FD">
        <w:rPr>
          <w:rFonts w:eastAsiaTheme="minorHAnsi" w:cstheme="minorHAnsi"/>
          <w:bCs/>
          <w:sz w:val="24"/>
          <w:szCs w:val="24"/>
          <w:lang w:val="ro-RO"/>
        </w:rPr>
        <w:t>] al [Denumirea completă a solicitantului], cu sediul social în [adresa completă], înregistrat(ă) la Oficiul Registrului Comerțului sub nr. [</w:t>
      </w:r>
      <w:r w:rsidR="007671D8" w:rsidRPr="004460FD">
        <w:rPr>
          <w:rFonts w:eastAsiaTheme="minorHAnsi" w:cstheme="minorHAnsi"/>
          <w:bCs/>
          <w:sz w:val="24"/>
          <w:szCs w:val="24"/>
          <w:lang w:val="ro-RO"/>
        </w:rPr>
        <w:t>...</w:t>
      </w:r>
      <w:r w:rsidRPr="004460FD">
        <w:rPr>
          <w:rFonts w:eastAsiaTheme="minorHAnsi" w:cstheme="minorHAnsi"/>
          <w:bCs/>
          <w:sz w:val="24"/>
          <w:szCs w:val="24"/>
          <w:lang w:val="ro-RO"/>
        </w:rPr>
        <w:t>/…/…], CUI/CIF […],</w:t>
      </w:r>
    </w:p>
    <w:p w14:paraId="7E639F39" w14:textId="77777777" w:rsidR="00FF7C4E" w:rsidRPr="004460FD" w:rsidRDefault="00000000" w:rsidP="00006EC7">
      <w:pPr>
        <w:ind w:left="-426" w:right="-574"/>
        <w:jc w:val="both"/>
        <w:rPr>
          <w:rFonts w:eastAsiaTheme="minorHAnsi" w:cstheme="minorHAnsi"/>
          <w:bCs/>
          <w:sz w:val="24"/>
          <w:szCs w:val="24"/>
          <w:lang w:val="ro-RO"/>
        </w:rPr>
      </w:pPr>
      <w:r w:rsidRPr="004460FD">
        <w:rPr>
          <w:rFonts w:eastAsiaTheme="minorHAnsi" w:cstheme="minorHAnsi"/>
          <w:bCs/>
          <w:sz w:val="24"/>
          <w:szCs w:val="24"/>
          <w:lang w:val="ro-RO"/>
        </w:rPr>
        <w:t xml:space="preserve">având în vedere participarea la selecția de proiecte în cadrul Intervenției I5 – „Dezvoltarea și promovarea </w:t>
      </w:r>
      <w:proofErr w:type="spellStart"/>
      <w:r w:rsidRPr="004460FD">
        <w:rPr>
          <w:rFonts w:eastAsiaTheme="minorHAnsi" w:cstheme="minorHAnsi"/>
          <w:bCs/>
          <w:sz w:val="24"/>
          <w:szCs w:val="24"/>
          <w:lang w:val="ro-RO"/>
        </w:rPr>
        <w:t>antreprenoriatului</w:t>
      </w:r>
      <w:proofErr w:type="spellEnd"/>
      <w:r w:rsidRPr="004460FD">
        <w:rPr>
          <w:rFonts w:eastAsiaTheme="minorHAnsi" w:cstheme="minorHAnsi"/>
          <w:bCs/>
          <w:sz w:val="24"/>
          <w:szCs w:val="24"/>
          <w:lang w:val="ro-RO"/>
        </w:rPr>
        <w:t xml:space="preserve"> în teritoriul GAL Ștefan cel Mare”,</w:t>
      </w:r>
    </w:p>
    <w:p w14:paraId="4EE03F39" w14:textId="254F6DF8" w:rsidR="00FF7C4E" w:rsidRPr="004460FD" w:rsidRDefault="00CB5B35" w:rsidP="00006EC7">
      <w:pPr>
        <w:ind w:left="-426" w:right="-574" w:firstLine="720"/>
        <w:rPr>
          <w:b/>
          <w:bCs/>
          <w:lang w:val="ro-RO"/>
        </w:rPr>
      </w:pPr>
      <w:r w:rsidRPr="004460FD">
        <w:rPr>
          <w:b/>
          <w:bCs/>
          <w:lang w:val="ro-RO"/>
        </w:rPr>
        <w:t>Declar pe propria răspundere că:</w:t>
      </w:r>
    </w:p>
    <w:p w14:paraId="0BE64EBE" w14:textId="77777777" w:rsidR="00FF7C4E" w:rsidRPr="004460FD" w:rsidRDefault="00000000" w:rsidP="00006EC7">
      <w:pPr>
        <w:ind w:left="-426" w:right="-574"/>
        <w:jc w:val="both"/>
        <w:rPr>
          <w:lang w:val="ro-RO"/>
        </w:rPr>
      </w:pPr>
      <w:r w:rsidRPr="004460FD">
        <w:rPr>
          <w:lang w:val="ro-RO"/>
        </w:rPr>
        <w:t>1. Activitățile economice propuse prin Planul de Afaceri vor genera venituri prin desfășurarea efectivă a activităților comerciale, respectiv prin comercializarea produselor realizate sau prin prestarea serviciilor propuse;</w:t>
      </w:r>
    </w:p>
    <w:p w14:paraId="1D678B1E" w14:textId="5238CE8D" w:rsidR="00FF7C4E" w:rsidRPr="004460FD" w:rsidRDefault="00000000" w:rsidP="00006EC7">
      <w:pPr>
        <w:ind w:left="-426" w:right="-574"/>
        <w:jc w:val="both"/>
        <w:rPr>
          <w:lang w:val="ro-RO"/>
        </w:rPr>
      </w:pPr>
      <w:r w:rsidRPr="004460FD">
        <w:rPr>
          <w:lang w:val="ro-RO"/>
        </w:rPr>
        <w:t>2. Mă angajez ca, până la solicitarea celei de-a doua tranșe de plată, să realizez o valoare minimă a vânzărilor (din comercializarea produselor sau prestarea serviciilor) echivalentă cu cel puțin 10% din valoarea primei tranșe de plată (adică minimum 2.250 euro din cei 22.500 euro);</w:t>
      </w:r>
    </w:p>
    <w:p w14:paraId="2850CB4D" w14:textId="39767BA9" w:rsidR="00FF7C4E" w:rsidRPr="004460FD" w:rsidRDefault="00000000" w:rsidP="00006EC7">
      <w:pPr>
        <w:ind w:left="-426" w:right="-574"/>
        <w:jc w:val="both"/>
        <w:rPr>
          <w:lang w:val="ro-RO"/>
        </w:rPr>
      </w:pPr>
      <w:r w:rsidRPr="004460FD">
        <w:rPr>
          <w:lang w:val="ro-RO"/>
        </w:rPr>
        <w:t xml:space="preserve">3. Mă angajez să prezint documente justificative care să demonstreze realizarea efectivă a activităților comerciale menționate (facturi, contracte, bonuri fiscale, extrase cont, rapoarte de vânzări, </w:t>
      </w:r>
      <w:r w:rsidR="00CB5B35" w:rsidRPr="004460FD">
        <w:rPr>
          <w:lang w:val="ro-RO"/>
        </w:rPr>
        <w:t xml:space="preserve">Raportul fiscal de închidere zilnică (raportul Z), </w:t>
      </w:r>
      <w:r w:rsidR="007671D8" w:rsidRPr="004460FD">
        <w:rPr>
          <w:lang w:val="ro-RO"/>
        </w:rPr>
        <w:t>OP</w:t>
      </w:r>
      <w:r w:rsidR="00CB5B35" w:rsidRPr="004460FD">
        <w:rPr>
          <w:lang w:val="ro-RO"/>
        </w:rPr>
        <w:t xml:space="preserve">-uri, bon fiscal </w:t>
      </w:r>
      <w:r w:rsidRPr="004460FD">
        <w:rPr>
          <w:lang w:val="ro-RO"/>
        </w:rPr>
        <w:t>etc.), în conformitate cu cerințele GAL și ale contractului de finanțare;</w:t>
      </w:r>
    </w:p>
    <w:p w14:paraId="3E9414CD" w14:textId="77777777" w:rsidR="00FF7C4E" w:rsidRPr="004460FD" w:rsidRDefault="00000000" w:rsidP="00006EC7">
      <w:pPr>
        <w:ind w:left="-426" w:right="-574"/>
        <w:jc w:val="both"/>
        <w:rPr>
          <w:lang w:val="ro-RO"/>
        </w:rPr>
      </w:pPr>
      <w:r w:rsidRPr="004460FD">
        <w:rPr>
          <w:lang w:val="ro-RO"/>
        </w:rPr>
        <w:t>4. Sunt conștient(ă) că nerespectarea acestui angajament poate conduce la imposibilitatea acordării tranșei a doua și la recuperarea sprijinului, în conformitate cu condițiile contractului de finanțare;</w:t>
      </w:r>
    </w:p>
    <w:p w14:paraId="51EECF6B" w14:textId="53BE10F8" w:rsidR="00FF7C4E" w:rsidRPr="004460FD" w:rsidRDefault="00000000" w:rsidP="00006EC7">
      <w:pPr>
        <w:ind w:left="-426" w:right="-574"/>
        <w:jc w:val="both"/>
        <w:rPr>
          <w:lang w:val="ro-RO"/>
        </w:rPr>
      </w:pPr>
      <w:r w:rsidRPr="004460FD">
        <w:rPr>
          <w:lang w:val="ro-RO"/>
        </w:rPr>
        <w:t xml:space="preserve">Prezenta declarație este dată în conformitate cu prevederile fișei intervenției și a Ghidului solicitantului și va face parte integrantă din dosarul </w:t>
      </w:r>
      <w:r w:rsidR="00AF29A0">
        <w:rPr>
          <w:lang w:val="ro-RO"/>
        </w:rPr>
        <w:t>cererii de finanțare</w:t>
      </w:r>
      <w:r w:rsidRPr="004460FD">
        <w:rPr>
          <w:lang w:val="ro-RO"/>
        </w:rPr>
        <w:t>.</w:t>
      </w:r>
    </w:p>
    <w:p w14:paraId="519818A2" w14:textId="55EE93E1" w:rsidR="00FF7C4E" w:rsidRPr="004460FD" w:rsidRDefault="00000000" w:rsidP="00006EC7">
      <w:pPr>
        <w:ind w:left="-426" w:right="-574"/>
        <w:rPr>
          <w:lang w:val="ro-RO"/>
        </w:rPr>
      </w:pPr>
      <w:r w:rsidRPr="004460FD">
        <w:rPr>
          <w:lang w:val="ro-RO"/>
        </w:rPr>
        <w:t xml:space="preserve">Prezenta declarație este semnată astăzi, </w:t>
      </w:r>
      <w:r w:rsidR="00006EC7" w:rsidRPr="004460FD">
        <w:rPr>
          <w:lang w:val="ro-RO"/>
        </w:rPr>
        <w:t>……………….</w:t>
      </w:r>
      <w:r w:rsidRPr="004460FD">
        <w:rPr>
          <w:lang w:val="ro-RO"/>
        </w:rPr>
        <w:t>, în original.</w:t>
      </w:r>
    </w:p>
    <w:p w14:paraId="4CDF71D2" w14:textId="77777777" w:rsidR="00006EC7" w:rsidRPr="004460FD" w:rsidRDefault="00006EC7" w:rsidP="00006EC7">
      <w:pPr>
        <w:ind w:left="-426" w:right="-574"/>
        <w:rPr>
          <w:lang w:val="ro-RO"/>
        </w:rPr>
      </w:pPr>
    </w:p>
    <w:p w14:paraId="52F5D3BF" w14:textId="2DFFE420" w:rsidR="00FF7C4E" w:rsidRPr="004460FD" w:rsidRDefault="00000000" w:rsidP="007671D8">
      <w:pPr>
        <w:spacing w:after="0" w:line="240" w:lineRule="auto"/>
        <w:ind w:left="-426" w:right="-574"/>
        <w:rPr>
          <w:lang w:val="ro-RO"/>
        </w:rPr>
      </w:pPr>
      <w:r w:rsidRPr="004460FD">
        <w:rPr>
          <w:lang w:val="ro-RO"/>
        </w:rPr>
        <w:t>Semnătura solicitantului,</w:t>
      </w:r>
    </w:p>
    <w:p w14:paraId="3BC91882" w14:textId="77777777" w:rsidR="00FF7C4E" w:rsidRPr="004460FD" w:rsidRDefault="00000000" w:rsidP="007671D8">
      <w:pPr>
        <w:spacing w:after="0" w:line="240" w:lineRule="auto"/>
        <w:ind w:left="-426" w:right="-574"/>
        <w:rPr>
          <w:lang w:val="ro-RO"/>
        </w:rPr>
      </w:pPr>
      <w:r w:rsidRPr="004460FD">
        <w:rPr>
          <w:lang w:val="ro-RO"/>
        </w:rPr>
        <w:t>_____________________</w:t>
      </w:r>
    </w:p>
    <w:p w14:paraId="2CBE1010" w14:textId="77777777" w:rsidR="00FF7C4E" w:rsidRPr="004460FD" w:rsidRDefault="00000000" w:rsidP="007671D8">
      <w:pPr>
        <w:spacing w:after="0" w:line="240" w:lineRule="auto"/>
        <w:ind w:left="-426" w:right="-574"/>
        <w:rPr>
          <w:lang w:val="ro-RO"/>
        </w:rPr>
      </w:pPr>
      <w:r w:rsidRPr="004460FD">
        <w:rPr>
          <w:lang w:val="ro-RO"/>
        </w:rPr>
        <w:t>[Nume complet și semnătură]</w:t>
      </w:r>
    </w:p>
    <w:p w14:paraId="127B11AD" w14:textId="77777777" w:rsidR="00FF7C4E" w:rsidRPr="004460FD" w:rsidRDefault="00000000" w:rsidP="007671D8">
      <w:pPr>
        <w:spacing w:after="0" w:line="240" w:lineRule="auto"/>
        <w:ind w:left="-426" w:right="-574"/>
        <w:rPr>
          <w:lang w:val="ro-RO"/>
        </w:rPr>
      </w:pPr>
      <w:r w:rsidRPr="004460FD">
        <w:rPr>
          <w:lang w:val="ro-RO"/>
        </w:rPr>
        <w:t>[Funcția]</w:t>
      </w:r>
    </w:p>
    <w:p w14:paraId="1661E7DA" w14:textId="56948142" w:rsidR="00FF7C4E" w:rsidRPr="004460FD" w:rsidRDefault="00FF7C4E" w:rsidP="00006EC7">
      <w:pPr>
        <w:ind w:left="-426" w:right="-574"/>
        <w:rPr>
          <w:lang w:val="ro-RO"/>
        </w:rPr>
      </w:pPr>
    </w:p>
    <w:sectPr w:rsidR="00FF7C4E" w:rsidRPr="004460FD" w:rsidSect="00FE568C">
      <w:headerReference w:type="default" r:id="rId8"/>
      <w:pgSz w:w="12240" w:h="15840"/>
      <w:pgMar w:top="222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BB05B" w14:textId="77777777" w:rsidR="006B1A72" w:rsidRDefault="006B1A72" w:rsidP="00006EC7">
      <w:pPr>
        <w:spacing w:after="0" w:line="240" w:lineRule="auto"/>
      </w:pPr>
      <w:r>
        <w:separator/>
      </w:r>
    </w:p>
  </w:endnote>
  <w:endnote w:type="continuationSeparator" w:id="0">
    <w:p w14:paraId="208B8D81" w14:textId="77777777" w:rsidR="006B1A72" w:rsidRDefault="006B1A72" w:rsidP="0000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85E6A" w14:textId="77777777" w:rsidR="006B1A72" w:rsidRDefault="006B1A72" w:rsidP="00006EC7">
      <w:pPr>
        <w:spacing w:after="0" w:line="240" w:lineRule="auto"/>
      </w:pPr>
      <w:r>
        <w:separator/>
      </w:r>
    </w:p>
  </w:footnote>
  <w:footnote w:type="continuationSeparator" w:id="0">
    <w:p w14:paraId="6EDF02D5" w14:textId="77777777" w:rsidR="006B1A72" w:rsidRDefault="006B1A72" w:rsidP="00006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526C" w14:textId="7FCBB1CE" w:rsidR="00006EC7" w:rsidRDefault="00FE56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D54F02" wp14:editId="7424F96C">
          <wp:simplePos x="0" y="0"/>
          <wp:positionH relativeFrom="column">
            <wp:posOffset>4472940</wp:posOffset>
          </wp:positionH>
          <wp:positionV relativeFrom="paragraph">
            <wp:posOffset>565150</wp:posOffset>
          </wp:positionV>
          <wp:extent cx="1054100" cy="425450"/>
          <wp:effectExtent l="0" t="0" r="0" b="0"/>
          <wp:wrapNone/>
          <wp:docPr id="209221140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6EC7">
      <w:rPr>
        <w:noProof/>
      </w:rPr>
      <w:drawing>
        <wp:inline distT="0" distB="0" distL="0" distR="0" wp14:anchorId="715C3D1F" wp14:editId="1F04FF85">
          <wp:extent cx="5486400" cy="565516"/>
          <wp:effectExtent l="0" t="0" r="0" b="6350"/>
          <wp:docPr id="16173922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AA2B16" w14:textId="5794BAB6" w:rsidR="00FE568C" w:rsidRDefault="00FE56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8519899">
    <w:abstractNumId w:val="8"/>
  </w:num>
  <w:num w:numId="2" w16cid:durableId="53360183">
    <w:abstractNumId w:val="6"/>
  </w:num>
  <w:num w:numId="3" w16cid:durableId="640886068">
    <w:abstractNumId w:val="5"/>
  </w:num>
  <w:num w:numId="4" w16cid:durableId="1237203312">
    <w:abstractNumId w:val="4"/>
  </w:num>
  <w:num w:numId="5" w16cid:durableId="660279549">
    <w:abstractNumId w:val="7"/>
  </w:num>
  <w:num w:numId="6" w16cid:durableId="1748192192">
    <w:abstractNumId w:val="3"/>
  </w:num>
  <w:num w:numId="7" w16cid:durableId="2047749984">
    <w:abstractNumId w:val="2"/>
  </w:num>
  <w:num w:numId="8" w16cid:durableId="1264652934">
    <w:abstractNumId w:val="1"/>
  </w:num>
  <w:num w:numId="9" w16cid:durableId="196045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EC7"/>
    <w:rsid w:val="00034616"/>
    <w:rsid w:val="0006063C"/>
    <w:rsid w:val="00071DBA"/>
    <w:rsid w:val="0015074B"/>
    <w:rsid w:val="002708B9"/>
    <w:rsid w:val="0028615A"/>
    <w:rsid w:val="0029639D"/>
    <w:rsid w:val="00326F90"/>
    <w:rsid w:val="004460FD"/>
    <w:rsid w:val="006B1A72"/>
    <w:rsid w:val="007671D8"/>
    <w:rsid w:val="007678DD"/>
    <w:rsid w:val="009A1004"/>
    <w:rsid w:val="009B1C24"/>
    <w:rsid w:val="00AA1D8D"/>
    <w:rsid w:val="00AF29A0"/>
    <w:rsid w:val="00B47730"/>
    <w:rsid w:val="00B72680"/>
    <w:rsid w:val="00B82F85"/>
    <w:rsid w:val="00CB0664"/>
    <w:rsid w:val="00CB5B35"/>
    <w:rsid w:val="00F84AA5"/>
    <w:rsid w:val="00FC693F"/>
    <w:rsid w:val="00FE568C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132516"/>
  <w14:defaultImageDpi w14:val="300"/>
  <w15:docId w15:val="{3AF70B6F-644F-49A9-ACEB-ABE74CCC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9</cp:revision>
  <dcterms:created xsi:type="dcterms:W3CDTF">2013-12-23T23:15:00Z</dcterms:created>
  <dcterms:modified xsi:type="dcterms:W3CDTF">2025-08-20T18:13:00Z</dcterms:modified>
  <cp:category/>
</cp:coreProperties>
</file>