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5DCF6" w14:textId="28F92EB5" w:rsidR="003273EE" w:rsidRPr="003273EE" w:rsidRDefault="003273EE" w:rsidP="003273EE">
      <w:pPr>
        <w:pStyle w:val="Header"/>
        <w:rPr>
          <w:lang w:val="ro-RO"/>
        </w:rPr>
      </w:pPr>
      <w:r w:rsidRPr="003273EE">
        <w:rPr>
          <w:lang w:val="ro-RO"/>
        </w:rPr>
        <w:tab/>
      </w:r>
    </w:p>
    <w:p w14:paraId="3D5B3085" w14:textId="4B182A51" w:rsidR="003273EE" w:rsidRPr="003273EE" w:rsidRDefault="003273EE" w:rsidP="003273EE">
      <w:pPr>
        <w:pStyle w:val="Heading1"/>
        <w:jc w:val="right"/>
        <w:rPr>
          <w:rFonts w:asciiTheme="minorHAnsi" w:hAnsiTheme="minorHAnsi"/>
          <w:color w:val="auto"/>
          <w:sz w:val="24"/>
          <w:szCs w:val="24"/>
          <w:lang w:val="ro-RO"/>
        </w:rPr>
      </w:pPr>
      <w:r w:rsidRPr="003273EE">
        <w:rPr>
          <w:rFonts w:asciiTheme="minorHAnsi" w:hAnsiTheme="minorHAnsi"/>
          <w:color w:val="auto"/>
          <w:sz w:val="24"/>
          <w:szCs w:val="24"/>
          <w:lang w:val="ro-RO"/>
        </w:rPr>
        <w:t xml:space="preserve">Formular nr. 1I5 </w:t>
      </w:r>
    </w:p>
    <w:p w14:paraId="5931EBA0" w14:textId="43F8DDA1" w:rsidR="00EA03EF" w:rsidRPr="003273EE" w:rsidRDefault="00000000" w:rsidP="00CA3A6E">
      <w:pPr>
        <w:pStyle w:val="Heading1"/>
        <w:jc w:val="center"/>
        <w:rPr>
          <w:rFonts w:asciiTheme="minorHAnsi" w:hAnsiTheme="minorHAnsi"/>
          <w:color w:val="auto"/>
          <w:sz w:val="24"/>
          <w:szCs w:val="24"/>
          <w:lang w:val="ro-RO"/>
        </w:rPr>
      </w:pPr>
      <w:r w:rsidRPr="003273EE">
        <w:rPr>
          <w:rFonts w:asciiTheme="minorHAnsi" w:hAnsiTheme="minorHAnsi"/>
          <w:color w:val="auto"/>
          <w:sz w:val="24"/>
          <w:szCs w:val="24"/>
          <w:lang w:val="ro-RO"/>
        </w:rPr>
        <w:t>DECLARAȚIE PE PROPRIA RĂSPUNDERE</w:t>
      </w:r>
    </w:p>
    <w:p w14:paraId="6B2933B6" w14:textId="77777777" w:rsidR="00EA03EF" w:rsidRPr="003273EE" w:rsidRDefault="00000000">
      <w:pPr>
        <w:rPr>
          <w:lang w:val="ro-RO"/>
        </w:rPr>
      </w:pPr>
      <w:r w:rsidRPr="003273EE">
        <w:rPr>
          <w:lang w:val="ro-RO"/>
        </w:rPr>
        <w:t>privind dobândirea de competențe profesionale în domeniul antreprenoriatului</w:t>
      </w:r>
      <w:r w:rsidRPr="003273EE">
        <w:rPr>
          <w:lang w:val="ro-RO"/>
        </w:rPr>
        <w:br/>
      </w:r>
    </w:p>
    <w:p w14:paraId="757F9633" w14:textId="3ED04565" w:rsidR="00DB021E" w:rsidRPr="003273EE" w:rsidRDefault="00000000" w:rsidP="00501C00">
      <w:pPr>
        <w:jc w:val="both"/>
        <w:rPr>
          <w:lang w:val="ro-RO"/>
        </w:rPr>
      </w:pPr>
      <w:r w:rsidRPr="003273EE">
        <w:rPr>
          <w:lang w:val="ro-RO"/>
        </w:rPr>
        <w:t xml:space="preserve">Subsemnatul(a), [Nume și prenume], identificat(ă) prin C.I. seria ___ nr. ___, eliberată de ___ la data de ___, în calitate de reprezentant legal al </w:t>
      </w:r>
      <w:r w:rsidR="004D78BF">
        <w:rPr>
          <w:lang w:val="ro-RO"/>
        </w:rPr>
        <w:t>.............................</w:t>
      </w:r>
      <w:r w:rsidRPr="003273EE">
        <w:rPr>
          <w:lang w:val="ro-RO"/>
        </w:rPr>
        <w:t xml:space="preserve"> [denumirea </w:t>
      </w:r>
      <w:r w:rsidR="004D78BF">
        <w:rPr>
          <w:lang w:val="ro-RO"/>
        </w:rPr>
        <w:t>întreprinderii</w:t>
      </w:r>
      <w:r w:rsidR="004D78BF" w:rsidRPr="004D78BF">
        <w:rPr>
          <w:lang w:val="ro-RO"/>
        </w:rPr>
        <w:t xml:space="preserve"> </w:t>
      </w:r>
      <w:r w:rsidR="004D78BF" w:rsidRPr="003273EE">
        <w:rPr>
          <w:lang w:val="ro-RO"/>
        </w:rPr>
        <w:t>PFA, II, SC</w:t>
      </w:r>
      <w:r w:rsidRPr="003273EE">
        <w:rPr>
          <w:lang w:val="ro-RO"/>
        </w:rPr>
        <w:t>],</w:t>
      </w:r>
      <w:r w:rsidR="007374D9" w:rsidRPr="003273EE">
        <w:rPr>
          <w:lang w:val="ro-RO"/>
        </w:rPr>
        <w:t xml:space="preserve"> </w:t>
      </w:r>
      <w:r w:rsidRPr="003273EE">
        <w:rPr>
          <w:lang w:val="ro-RO"/>
        </w:rPr>
        <w:t>cu sediul în ____________, înregistrată la O.N.R.C. sub nr. ____/____/_____, CUI ____________, în calitate de Solicitant în cadrul apelului de proiecte _______________,</w:t>
      </w:r>
      <w:r w:rsidR="00DB021E" w:rsidRPr="003273EE">
        <w:rPr>
          <w:lang w:val="ro-RO"/>
        </w:rPr>
        <w:t xml:space="preserve"> din cadrul Intervenției </w:t>
      </w:r>
      <w:r w:rsidR="007C6219" w:rsidRPr="003273EE">
        <w:rPr>
          <w:lang w:val="ro-RO"/>
        </w:rPr>
        <w:t xml:space="preserve">5 </w:t>
      </w:r>
      <w:r w:rsidR="00DB021E" w:rsidRPr="003273EE">
        <w:rPr>
          <w:lang w:val="ro-RO"/>
        </w:rPr>
        <w:t>„</w:t>
      </w:r>
      <w:r w:rsidR="007C6219" w:rsidRPr="003273EE">
        <w:rPr>
          <w:lang w:val="ro-RO"/>
        </w:rPr>
        <w:t>Dezvoltarea și promovarea antreprenoriatului în teritoriul GAL Ștefan cel Mare</w:t>
      </w:r>
      <w:r w:rsidR="00DB021E" w:rsidRPr="003273EE">
        <w:rPr>
          <w:lang w:val="ro-RO"/>
        </w:rPr>
        <w:t xml:space="preserve">”, </w:t>
      </w:r>
    </w:p>
    <w:p w14:paraId="26B1BE1C" w14:textId="5F7AEB36" w:rsidR="00EA03EF" w:rsidRPr="003273EE" w:rsidRDefault="00000000" w:rsidP="00501C00">
      <w:pPr>
        <w:jc w:val="both"/>
        <w:rPr>
          <w:lang w:val="ro-RO"/>
        </w:rPr>
      </w:pPr>
      <w:r w:rsidRPr="003273EE">
        <w:rPr>
          <w:lang w:val="ro-RO"/>
        </w:rPr>
        <w:t>declar pe propria răspundere, cunoscând prevederile art. 326 Cod Penal privind falsul în declarații, că:</w:t>
      </w:r>
    </w:p>
    <w:p w14:paraId="0BD70EB8" w14:textId="06A64B0E" w:rsidR="00EA03EF" w:rsidRPr="003273EE" w:rsidRDefault="00000000" w:rsidP="00501C00">
      <w:pPr>
        <w:pStyle w:val="ListNumber"/>
        <w:jc w:val="both"/>
        <w:rPr>
          <w:lang w:val="ro-RO"/>
        </w:rPr>
      </w:pPr>
      <w:r w:rsidRPr="003273EE">
        <w:rPr>
          <w:lang w:val="ro-RO"/>
        </w:rPr>
        <w:t xml:space="preserve">Îmi asum obligația de a dobândi competențe profesionale în domeniul antreprenoriatului și în acord cu obiectul de activitate al firmei, până la data depunerii cererii de plată </w:t>
      </w:r>
      <w:r w:rsidR="009A1EE5" w:rsidRPr="003273EE">
        <w:rPr>
          <w:lang w:val="ro-RO"/>
        </w:rPr>
        <w:t>tanșa 2</w:t>
      </w:r>
      <w:r w:rsidRPr="003273EE">
        <w:rPr>
          <w:lang w:val="ro-RO"/>
        </w:rPr>
        <w:t xml:space="preserve"> aferente contractului de finanțare.</w:t>
      </w:r>
    </w:p>
    <w:p w14:paraId="545C5473" w14:textId="78C80D7D" w:rsidR="00EA03EF" w:rsidRPr="003273EE" w:rsidRDefault="00000000" w:rsidP="00501C00">
      <w:pPr>
        <w:pStyle w:val="ListNumber"/>
        <w:jc w:val="both"/>
        <w:rPr>
          <w:lang w:val="ro-RO"/>
        </w:rPr>
      </w:pPr>
      <w:r w:rsidRPr="003273EE">
        <w:rPr>
          <w:lang w:val="ro-RO"/>
        </w:rPr>
        <w:t>Competențele vor fi dobândite prin una sau mai multe dintre următoarele modalități:</w:t>
      </w:r>
    </w:p>
    <w:p w14:paraId="077935B3" w14:textId="52AEC32F" w:rsidR="00CA3A6E" w:rsidRPr="003273EE" w:rsidRDefault="00AD74EF" w:rsidP="00501C00">
      <w:pPr>
        <w:pStyle w:val="ListParagraph"/>
        <w:numPr>
          <w:ilvl w:val="0"/>
          <w:numId w:val="10"/>
        </w:numPr>
        <w:jc w:val="both"/>
        <w:rPr>
          <w:lang w:val="ro-RO"/>
        </w:rPr>
      </w:pPr>
      <w:r w:rsidRPr="00AD74EF">
        <w:rPr>
          <w:lang w:val="ro-RO"/>
        </w:rPr>
        <w:t>participarea la un curs de formare profesională în domeniul antreprenoriatului, finalizat cu certificat de calificare (recunoscut cu ANC sau fără ANC)</w:t>
      </w:r>
      <w:r w:rsidR="00CA3A6E" w:rsidRPr="003273EE">
        <w:rPr>
          <w:lang w:val="ro-RO"/>
        </w:rPr>
        <w:t>;</w:t>
      </w:r>
    </w:p>
    <w:p w14:paraId="790D0C70" w14:textId="18599321" w:rsidR="00CA3A6E" w:rsidRPr="003273EE" w:rsidRDefault="00000000" w:rsidP="00501C00">
      <w:pPr>
        <w:pStyle w:val="ListParagraph"/>
        <w:numPr>
          <w:ilvl w:val="0"/>
          <w:numId w:val="10"/>
        </w:numPr>
        <w:jc w:val="both"/>
        <w:rPr>
          <w:lang w:val="ro-RO"/>
        </w:rPr>
      </w:pPr>
      <w:r w:rsidRPr="003273EE">
        <w:rPr>
          <w:lang w:val="ro-RO"/>
        </w:rPr>
        <w:t>absolvirea unui program de învățământ superior cu componentă economică/</w:t>
      </w:r>
      <w:r w:rsidR="00CA3A6E" w:rsidRPr="003273EE">
        <w:rPr>
          <w:lang w:val="ro-RO"/>
        </w:rPr>
        <w:t xml:space="preserve"> </w:t>
      </w:r>
      <w:r w:rsidRPr="003273EE">
        <w:rPr>
          <w:lang w:val="ro-RO"/>
        </w:rPr>
        <w:t>antreprenorială</w:t>
      </w:r>
      <w:r w:rsidR="00D52A4C" w:rsidRPr="003273EE">
        <w:rPr>
          <w:lang w:val="ro-RO"/>
        </w:rPr>
        <w:t>.</w:t>
      </w:r>
    </w:p>
    <w:p w14:paraId="2A744ABF" w14:textId="137B9284" w:rsidR="00EA03EF" w:rsidRPr="003273EE" w:rsidRDefault="00000000" w:rsidP="00501C00">
      <w:pPr>
        <w:pStyle w:val="ListNumber"/>
        <w:jc w:val="both"/>
        <w:rPr>
          <w:lang w:val="ro-RO"/>
        </w:rPr>
      </w:pPr>
      <w:r w:rsidRPr="003273EE">
        <w:rPr>
          <w:lang w:val="ro-RO"/>
        </w:rPr>
        <w:t>Mă angajez să prezint documentele justificative corespunzătoare, conform cerințelor ghidului solicitantului, la momentul solicitării tranșei finale.</w:t>
      </w:r>
    </w:p>
    <w:p w14:paraId="46ACFE94" w14:textId="77777777" w:rsidR="00501C00" w:rsidRPr="003273EE" w:rsidRDefault="00000000" w:rsidP="00501C00">
      <w:pPr>
        <w:jc w:val="both"/>
        <w:rPr>
          <w:lang w:val="ro-RO"/>
        </w:rPr>
      </w:pPr>
      <w:r w:rsidRPr="003273EE">
        <w:rPr>
          <w:lang w:val="ro-RO"/>
        </w:rPr>
        <w:br/>
        <w:t>Prezenta declarație este dată pentru a fi anexată cererii de finanțare și face parte integrantă din documentația de angajament a solicitantului.</w:t>
      </w:r>
    </w:p>
    <w:p w14:paraId="4A645455" w14:textId="55CA22FC" w:rsidR="00EA03EF" w:rsidRPr="003273EE" w:rsidRDefault="00000000" w:rsidP="00501C00">
      <w:pPr>
        <w:jc w:val="both"/>
        <w:rPr>
          <w:lang w:val="ro-RO"/>
        </w:rPr>
      </w:pPr>
      <w:r w:rsidRPr="003273EE">
        <w:rPr>
          <w:lang w:val="ro-RO"/>
        </w:rPr>
        <w:br/>
      </w:r>
    </w:p>
    <w:p w14:paraId="06041DA5" w14:textId="77777777" w:rsidR="00EA03EF" w:rsidRPr="003273EE" w:rsidRDefault="00000000" w:rsidP="00501C00">
      <w:pPr>
        <w:jc w:val="both"/>
        <w:rPr>
          <w:lang w:val="ro-RO"/>
        </w:rPr>
      </w:pPr>
      <w:r w:rsidRPr="003273EE">
        <w:rPr>
          <w:lang w:val="ro-RO"/>
        </w:rPr>
        <w:t>Data: _______________</w:t>
      </w:r>
    </w:p>
    <w:p w14:paraId="66F1F178" w14:textId="77777777" w:rsidR="00EA03EF" w:rsidRPr="003273EE" w:rsidRDefault="00000000" w:rsidP="00501C00">
      <w:pPr>
        <w:jc w:val="both"/>
        <w:rPr>
          <w:lang w:val="ro-RO"/>
        </w:rPr>
      </w:pPr>
      <w:r w:rsidRPr="003273EE">
        <w:rPr>
          <w:lang w:val="ro-RO"/>
        </w:rPr>
        <w:t>Semnătura: _______________</w:t>
      </w:r>
    </w:p>
    <w:p w14:paraId="6AC98113" w14:textId="77777777" w:rsidR="00EA03EF" w:rsidRPr="003273EE" w:rsidRDefault="00000000" w:rsidP="00501C00">
      <w:pPr>
        <w:jc w:val="both"/>
        <w:rPr>
          <w:lang w:val="ro-RO"/>
        </w:rPr>
      </w:pPr>
      <w:r w:rsidRPr="003273EE">
        <w:rPr>
          <w:lang w:val="ro-RO"/>
        </w:rPr>
        <w:t>Nume și prenume: _______________</w:t>
      </w:r>
    </w:p>
    <w:p w14:paraId="25EEF662" w14:textId="2EA965C1" w:rsidR="00EA03EF" w:rsidRPr="003273EE" w:rsidRDefault="00000000">
      <w:pPr>
        <w:rPr>
          <w:lang w:val="ro-RO"/>
        </w:rPr>
      </w:pPr>
      <w:r w:rsidRPr="003273EE">
        <w:rPr>
          <w:lang w:val="ro-RO"/>
        </w:rPr>
        <w:t>Funcția: _______________</w:t>
      </w:r>
    </w:p>
    <w:sectPr w:rsidR="00EA03EF" w:rsidRPr="003273EE" w:rsidSect="001D4D80">
      <w:headerReference w:type="default" r:id="rId8"/>
      <w:pgSz w:w="12240" w:h="15840"/>
      <w:pgMar w:top="1941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E3AEB" w14:textId="77777777" w:rsidR="00582137" w:rsidRDefault="00582137" w:rsidP="003273EE">
      <w:pPr>
        <w:spacing w:after="0" w:line="240" w:lineRule="auto"/>
      </w:pPr>
      <w:r>
        <w:separator/>
      </w:r>
    </w:p>
  </w:endnote>
  <w:endnote w:type="continuationSeparator" w:id="0">
    <w:p w14:paraId="46208D8E" w14:textId="77777777" w:rsidR="00582137" w:rsidRDefault="00582137" w:rsidP="0032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3F986" w14:textId="77777777" w:rsidR="00582137" w:rsidRDefault="00582137" w:rsidP="003273EE">
      <w:pPr>
        <w:spacing w:after="0" w:line="240" w:lineRule="auto"/>
      </w:pPr>
      <w:r>
        <w:separator/>
      </w:r>
    </w:p>
  </w:footnote>
  <w:footnote w:type="continuationSeparator" w:id="0">
    <w:p w14:paraId="699B18AC" w14:textId="77777777" w:rsidR="00582137" w:rsidRDefault="00582137" w:rsidP="00327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0642" w14:textId="16559066" w:rsidR="003273EE" w:rsidRDefault="001D4D8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9A4E2F" wp14:editId="17E9FA11">
          <wp:simplePos x="0" y="0"/>
          <wp:positionH relativeFrom="column">
            <wp:posOffset>4480560</wp:posOffset>
          </wp:positionH>
          <wp:positionV relativeFrom="paragraph">
            <wp:posOffset>565785</wp:posOffset>
          </wp:positionV>
          <wp:extent cx="1054100" cy="425450"/>
          <wp:effectExtent l="0" t="0" r="0" b="0"/>
          <wp:wrapNone/>
          <wp:docPr id="56341302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273EE">
      <w:rPr>
        <w:noProof/>
      </w:rPr>
      <w:drawing>
        <wp:inline distT="0" distB="0" distL="0" distR="0" wp14:anchorId="25D8107F" wp14:editId="7B822691">
          <wp:extent cx="5486400" cy="565985"/>
          <wp:effectExtent l="0" t="0" r="0" b="5715"/>
          <wp:docPr id="246069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AA43C6" w14:textId="599077EC" w:rsidR="001D4D80" w:rsidRDefault="001D4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A112C6"/>
    <w:multiLevelType w:val="hybridMultilevel"/>
    <w:tmpl w:val="CE148B8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425538">
    <w:abstractNumId w:val="8"/>
  </w:num>
  <w:num w:numId="2" w16cid:durableId="455759235">
    <w:abstractNumId w:val="6"/>
  </w:num>
  <w:num w:numId="3" w16cid:durableId="217474192">
    <w:abstractNumId w:val="5"/>
  </w:num>
  <w:num w:numId="4" w16cid:durableId="1768453832">
    <w:abstractNumId w:val="4"/>
  </w:num>
  <w:num w:numId="5" w16cid:durableId="581061484">
    <w:abstractNumId w:val="7"/>
  </w:num>
  <w:num w:numId="6" w16cid:durableId="1751006559">
    <w:abstractNumId w:val="3"/>
  </w:num>
  <w:num w:numId="7" w16cid:durableId="1728601771">
    <w:abstractNumId w:val="2"/>
  </w:num>
  <w:num w:numId="8" w16cid:durableId="24912066">
    <w:abstractNumId w:val="1"/>
  </w:num>
  <w:num w:numId="9" w16cid:durableId="46803334">
    <w:abstractNumId w:val="0"/>
  </w:num>
  <w:num w:numId="10" w16cid:durableId="5266061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DBA"/>
    <w:rsid w:val="0015074B"/>
    <w:rsid w:val="001D4D80"/>
    <w:rsid w:val="002708B9"/>
    <w:rsid w:val="0029639D"/>
    <w:rsid w:val="002F4AE5"/>
    <w:rsid w:val="00326F90"/>
    <w:rsid w:val="003273EE"/>
    <w:rsid w:val="004D78BF"/>
    <w:rsid w:val="00501C00"/>
    <w:rsid w:val="00570D1D"/>
    <w:rsid w:val="00582137"/>
    <w:rsid w:val="00651D81"/>
    <w:rsid w:val="007374D9"/>
    <w:rsid w:val="007C6219"/>
    <w:rsid w:val="00831204"/>
    <w:rsid w:val="00865936"/>
    <w:rsid w:val="009A1EE5"/>
    <w:rsid w:val="00A2010A"/>
    <w:rsid w:val="00A64DFA"/>
    <w:rsid w:val="00AA1D8D"/>
    <w:rsid w:val="00AD74EF"/>
    <w:rsid w:val="00AF147A"/>
    <w:rsid w:val="00B47730"/>
    <w:rsid w:val="00CA3A6E"/>
    <w:rsid w:val="00CB0664"/>
    <w:rsid w:val="00D52A4C"/>
    <w:rsid w:val="00DB021E"/>
    <w:rsid w:val="00DB1A6A"/>
    <w:rsid w:val="00E1016F"/>
    <w:rsid w:val="00EA03EF"/>
    <w:rsid w:val="00FB5AE8"/>
    <w:rsid w:val="00FC693F"/>
    <w:rsid w:val="00FD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EAABA0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247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15</cp:revision>
  <dcterms:created xsi:type="dcterms:W3CDTF">2013-12-23T23:15:00Z</dcterms:created>
  <dcterms:modified xsi:type="dcterms:W3CDTF">2025-08-20T18:34:00Z</dcterms:modified>
  <cp:category/>
</cp:coreProperties>
</file>